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EB2E2" w14:textId="77777777" w:rsidR="001D7EF6" w:rsidRDefault="00000000">
      <w:pPr>
        <w:pStyle w:val="Ttulo"/>
      </w:pPr>
      <w:r>
        <w:t>CARTA DE APRESENTAÇÃO AO EDITOR</w:t>
      </w:r>
    </w:p>
    <w:p w14:paraId="58115C2C" w14:textId="77777777" w:rsidR="001D7EF6" w:rsidRDefault="00000000">
      <w:pPr>
        <w:pStyle w:val="Subttulo"/>
      </w:pPr>
      <w:r>
        <w:t>Modelo facultativo para acompanhar a submissão</w:t>
      </w:r>
    </w:p>
    <w:tbl>
      <w:tblPr>
        <w:tblW w:w="9072" w:type="dxa"/>
        <w:tblInd w:w="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D7EF6" w14:paraId="6D6A8683" w14:textId="77777777">
        <w:tc>
          <w:tcPr>
            <w:tcW w:w="9072" w:type="dxa"/>
            <w:tcBorders>
              <w:left w:val="single" w:sz="22" w:space="0" w:color="176A93"/>
            </w:tcBorders>
            <w:shd w:val="clear" w:color="auto" w:fill="EAF4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09D62F" w14:textId="77777777" w:rsidR="001D7EF6" w:rsidRDefault="00000000">
            <w:pPr>
              <w:spacing w:after="0"/>
            </w:pPr>
            <w:r>
              <w:rPr>
                <w:rFonts w:eastAsia="Arial"/>
                <w:color w:val="263238"/>
                <w:sz w:val="18"/>
              </w:rPr>
              <w:t>A carta deve ser breve, específica para a RPESM e complementar — não repetir — o resumo. Pode ser colada no campo «Comentários ao Editor» ou submetida como ficheiro, se a plataforma o permitir.</w:t>
            </w:r>
          </w:p>
        </w:tc>
      </w:tr>
    </w:tbl>
    <w:p w14:paraId="2AB74DB2" w14:textId="77777777" w:rsidR="001D7EF6" w:rsidRDefault="001D7EF6">
      <w:pPr>
        <w:spacing w:after="0"/>
      </w:pPr>
    </w:p>
    <w:p w14:paraId="552C741D" w14:textId="77777777" w:rsidR="001D7EF6" w:rsidRDefault="00000000">
      <w:r>
        <w:rPr>
          <w:b/>
        </w:rPr>
        <w:t xml:space="preserve">Data: </w:t>
      </w:r>
      <w:r>
        <w:rPr>
          <w:i/>
        </w:rPr>
        <w:t>[DD de mês de AAAA]</w:t>
      </w:r>
    </w:p>
    <w:p w14:paraId="256F5D32" w14:textId="77777777" w:rsidR="001D7EF6" w:rsidRDefault="00000000">
      <w:r>
        <w:t>Ex.mo Senhor Editor-Chefe da Revista Portuguesa de Enfermagem de Saúde Mental,</w:t>
      </w:r>
    </w:p>
    <w:p w14:paraId="3C5706C7" w14:textId="77777777" w:rsidR="001D7EF6" w:rsidRDefault="00000000">
      <w:r>
        <w:t xml:space="preserve">Submetemos para apreciação o manuscrito intitulado </w:t>
      </w:r>
      <w:r>
        <w:rPr>
          <w:b/>
        </w:rPr>
        <w:t>“[título completo]”</w:t>
      </w:r>
      <w:r>
        <w:t>, proposto como [tipologia do manuscrito].</w:t>
      </w:r>
    </w:p>
    <w:p w14:paraId="71ABE24C" w14:textId="77777777" w:rsidR="001D7EF6" w:rsidRDefault="00000000">
      <w:pPr>
        <w:pStyle w:val="Ttulo1"/>
      </w:pPr>
      <w:r>
        <w:t>Relevância e contributo</w:t>
      </w:r>
    </w:p>
    <w:p w14:paraId="6A156DED" w14:textId="77777777" w:rsidR="001D7EF6" w:rsidRDefault="00000000">
      <w:pPr>
        <w:pStyle w:val="RPESMPlaceholder"/>
      </w:pPr>
      <w:r>
        <w:t>[Em 100–150 palavras, explicar a questão abordada, o principal contributo original, a relevância para a Enfermagem de Saúde Mental e Psiquiátrica e a adequação ao âmbito da RPESM. Evitar afirmações promocionais não sustentadas.]</w:t>
      </w:r>
    </w:p>
    <w:p w14:paraId="532701BA" w14:textId="77777777" w:rsidR="001D7EF6" w:rsidRDefault="00000000">
      <w:pPr>
        <w:pStyle w:val="Ttulo1"/>
      </w:pPr>
      <w:r>
        <w:t>Declarações essenciais</w:t>
      </w:r>
    </w:p>
    <w:p w14:paraId="1A7A143D" w14:textId="77777777" w:rsidR="001D7EF6" w:rsidRDefault="00000000">
      <w:pPr>
        <w:spacing w:after="80"/>
        <w:ind w:left="85" w:hanging="85"/>
      </w:pPr>
      <w:r>
        <w:rPr>
          <w:rFonts w:ascii="DejaVu Sans" w:eastAsia="DejaVu Sans" w:hAnsi="DejaVu Sans"/>
          <w:color w:val="174C6A"/>
        </w:rPr>
        <w:t xml:space="preserve">☐ </w:t>
      </w:r>
      <w:r>
        <w:rPr>
          <w:rFonts w:eastAsia="Arial"/>
          <w:sz w:val="20"/>
        </w:rPr>
        <w:t>O manuscrito é original e não se encontra submetido ou em avaliação noutra revista.</w:t>
      </w:r>
    </w:p>
    <w:p w14:paraId="58672F91" w14:textId="77777777" w:rsidR="001D7EF6" w:rsidRDefault="00000000">
      <w:pPr>
        <w:spacing w:after="80"/>
        <w:ind w:left="85" w:hanging="85"/>
      </w:pPr>
      <w:r>
        <w:rPr>
          <w:rFonts w:ascii="DejaVu Sans" w:eastAsia="DejaVu Sans" w:hAnsi="DejaVu Sans"/>
          <w:color w:val="174C6A"/>
        </w:rPr>
        <w:t xml:space="preserve">☐ </w:t>
      </w:r>
      <w:r>
        <w:rPr>
          <w:rFonts w:eastAsia="Arial"/>
          <w:sz w:val="20"/>
        </w:rPr>
        <w:t>Todos os autores aprovaram a versão submetida e concordam com a submissão à RPESM.</w:t>
      </w:r>
    </w:p>
    <w:p w14:paraId="0998AB7D" w14:textId="77777777" w:rsidR="001D7EF6" w:rsidRDefault="00000000">
      <w:pPr>
        <w:spacing w:after="80"/>
        <w:ind w:left="85" w:hanging="85"/>
      </w:pPr>
      <w:r>
        <w:rPr>
          <w:rFonts w:ascii="DejaVu Sans" w:eastAsia="DejaVu Sans" w:hAnsi="DejaVu Sans"/>
          <w:color w:val="174C6A"/>
        </w:rPr>
        <w:t xml:space="preserve">☐ </w:t>
      </w:r>
      <w:r>
        <w:rPr>
          <w:rFonts w:eastAsia="Arial"/>
          <w:sz w:val="20"/>
        </w:rPr>
        <w:t>Foram cumpridos os requisitos éticos aplicáveis e anexada a documentação necessária.</w:t>
      </w:r>
    </w:p>
    <w:p w14:paraId="40F79DC5" w14:textId="77777777" w:rsidR="001D7EF6" w:rsidRDefault="00000000">
      <w:pPr>
        <w:spacing w:after="80"/>
        <w:ind w:left="85" w:hanging="85"/>
      </w:pPr>
      <w:r>
        <w:rPr>
          <w:rFonts w:ascii="DejaVu Sans" w:eastAsia="DejaVu Sans" w:hAnsi="DejaVu Sans"/>
          <w:color w:val="174C6A"/>
        </w:rPr>
        <w:t xml:space="preserve">☐ </w:t>
      </w:r>
      <w:r>
        <w:rPr>
          <w:rFonts w:eastAsia="Arial"/>
          <w:sz w:val="20"/>
        </w:rPr>
        <w:t>Foram declarados conflitos de interesses, financiamento, contributos dos autores, disponibilidade dos dados e utilização de IA, quando aplicável.</w:t>
      </w:r>
    </w:p>
    <w:p w14:paraId="766C73B7" w14:textId="77777777" w:rsidR="001D7EF6" w:rsidRDefault="00000000">
      <w:pPr>
        <w:spacing w:after="80"/>
        <w:ind w:left="85" w:hanging="85"/>
      </w:pPr>
      <w:r>
        <w:rPr>
          <w:rFonts w:ascii="DejaVu Sans" w:eastAsia="DejaVu Sans" w:hAnsi="DejaVu Sans"/>
          <w:color w:val="174C6A"/>
        </w:rPr>
        <w:t xml:space="preserve">☐ </w:t>
      </w:r>
      <w:r>
        <w:rPr>
          <w:rFonts w:eastAsia="Arial"/>
          <w:sz w:val="20"/>
        </w:rPr>
        <w:t>Qualquer preprint ou divulgação prévia foi identificado na Página de Título.</w:t>
      </w:r>
    </w:p>
    <w:p w14:paraId="39A03BED" w14:textId="77777777" w:rsidR="001D7EF6" w:rsidRDefault="00000000">
      <w:pPr>
        <w:pStyle w:val="Ttulo1"/>
      </w:pPr>
      <w:r>
        <w:t>Informação confidencial ao Editor</w:t>
      </w:r>
    </w:p>
    <w:p w14:paraId="5327C418" w14:textId="77777777" w:rsidR="001D7EF6" w:rsidRDefault="00000000">
      <w:pPr>
        <w:pStyle w:val="RPESMPlaceholder"/>
      </w:pPr>
      <w:r>
        <w:t>[Indicar circunstâncias relevantes, sobreposição legítima com outros trabalhos, pedidos fundamentados de exclusão de revisores ou escrever Não aplicável. Não sugerir revisores com conflitos de interesses.]</w:t>
      </w:r>
    </w:p>
    <w:p w14:paraId="379AB41F" w14:textId="77777777" w:rsidR="001D7EF6" w:rsidRDefault="00000000">
      <w:r>
        <w:t>Agradecemos a consideração do manuscrito.</w:t>
      </w:r>
    </w:p>
    <w:p w14:paraId="44FCD637" w14:textId="77777777" w:rsidR="001D7EF6" w:rsidRDefault="00000000">
      <w:r>
        <w:t>Com os melhores cumprimentos,</w:t>
      </w:r>
    </w:p>
    <w:tbl>
      <w:tblPr>
        <w:tblW w:w="9072" w:type="dxa"/>
        <w:tblInd w:w="110" w:type="dxa"/>
        <w:tblBorders>
          <w:top w:val="single" w:sz="5" w:space="0" w:color="C9D2D7"/>
          <w:left w:val="single" w:sz="5" w:space="0" w:color="C9D2D7"/>
          <w:bottom w:val="single" w:sz="5" w:space="0" w:color="C9D2D7"/>
          <w:right w:val="single" w:sz="5" w:space="0" w:color="C9D2D7"/>
          <w:insideH w:val="single" w:sz="5" w:space="0" w:color="C9D2D7"/>
          <w:insideV w:val="single" w:sz="5" w:space="0" w:color="C9D2D7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6699"/>
      </w:tblGrid>
      <w:tr w:rsidR="001D7EF6" w14:paraId="6FB2183B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B2C45D" w14:textId="77777777" w:rsidR="001D7EF6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Nome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23E919" w14:textId="77777777" w:rsidR="001D7EF6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[autor correspondente]</w:t>
            </w:r>
          </w:p>
        </w:tc>
      </w:tr>
      <w:tr w:rsidR="001D7EF6" w14:paraId="639E1B16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587976" w14:textId="77777777" w:rsidR="001D7EF6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Afiliação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38583E" w14:textId="77777777" w:rsidR="001D7EF6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[instituição]</w:t>
            </w:r>
          </w:p>
        </w:tc>
      </w:tr>
      <w:tr w:rsidR="001D7EF6" w14:paraId="53021DF8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820FA8" w14:textId="77777777" w:rsidR="001D7EF6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E-mail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9F72C0" w14:textId="77777777" w:rsidR="001D7EF6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[endereço eletrónico]</w:t>
            </w:r>
          </w:p>
        </w:tc>
      </w:tr>
      <w:tr w:rsidR="001D7EF6" w14:paraId="77860497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44946E" w14:textId="77777777" w:rsidR="001D7EF6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ORCID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FEF190" w14:textId="77777777" w:rsidR="001D7EF6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[https://orcid.org/…]</w:t>
            </w:r>
          </w:p>
        </w:tc>
      </w:tr>
    </w:tbl>
    <w:p w14:paraId="6B6B088B" w14:textId="77777777" w:rsidR="001D7EF6" w:rsidRDefault="001D7EF6">
      <w:pPr>
        <w:spacing w:after="0"/>
      </w:pPr>
    </w:p>
    <w:sectPr w:rsidR="001D7EF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69" w:footer="6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CCDD1" w14:textId="77777777" w:rsidR="00705E70" w:rsidRDefault="00705E70">
      <w:pPr>
        <w:spacing w:after="0" w:line="240" w:lineRule="auto"/>
      </w:pPr>
      <w:r>
        <w:separator/>
      </w:r>
    </w:p>
  </w:endnote>
  <w:endnote w:type="continuationSeparator" w:id="0">
    <w:p w14:paraId="2C46E0DE" w14:textId="77777777" w:rsidR="00705E70" w:rsidRDefault="00705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3323B" w14:textId="77777777" w:rsidR="001D7EF6" w:rsidRDefault="001D7EF6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1D7EF6" w14:paraId="237D4FE2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0FCAB536" w14:textId="77777777" w:rsidR="001D7EF6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6E969FCC" w14:textId="77777777" w:rsidR="001D7EF6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BEB6C" w14:textId="77777777" w:rsidR="001D7EF6" w:rsidRDefault="001D7EF6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1D7EF6" w14:paraId="1866008E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79834E4B" w14:textId="77777777" w:rsidR="001D7EF6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3D5F9F10" w14:textId="77777777" w:rsidR="001D7EF6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 w:rsidR="00AE4C2B">
            <w:rPr>
              <w:rFonts w:eastAsia="Arial"/>
              <w:color w:val="66727A"/>
              <w:sz w:val="17"/>
            </w:rPr>
            <w:fldChar w:fldCharType="separate"/>
          </w:r>
          <w:r w:rsidR="00AE4C2B">
            <w:rPr>
              <w:rFonts w:eastAsia="Arial"/>
              <w:noProof/>
              <w:color w:val="66727A"/>
              <w:sz w:val="17"/>
            </w:rPr>
            <w:t>1</w: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90442" w14:textId="77777777" w:rsidR="001D7EF6" w:rsidRDefault="001D7EF6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1D7EF6" w14:paraId="5D892A29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5355351D" w14:textId="77777777" w:rsidR="001D7EF6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06E36AE9" w14:textId="77777777" w:rsidR="001D7EF6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038FF" w14:textId="77777777" w:rsidR="00705E70" w:rsidRDefault="00705E70">
      <w:pPr>
        <w:spacing w:after="0" w:line="240" w:lineRule="auto"/>
      </w:pPr>
      <w:r>
        <w:separator/>
      </w:r>
    </w:p>
  </w:footnote>
  <w:footnote w:type="continuationSeparator" w:id="0">
    <w:p w14:paraId="2833A5D1" w14:textId="77777777" w:rsidR="00705E70" w:rsidRDefault="00705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258F" w14:textId="77777777" w:rsidR="001D7EF6" w:rsidRDefault="001D7EF6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1D7EF6" w14:paraId="5F9D8201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0DC1B2F2" w14:textId="77777777" w:rsidR="001D7EF6" w:rsidRDefault="00000000">
          <w:r>
            <w:rPr>
              <w:noProof/>
            </w:rPr>
            <w:drawing>
              <wp:inline distT="0" distB="0" distL="0" distR="0" wp14:anchorId="72720F73" wp14:editId="1CC79C53">
                <wp:extent cx="420624" cy="408957"/>
                <wp:effectExtent l="0" t="0" r="0" b="0"/>
                <wp:docPr id="344121255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5AFAB924" w14:textId="77777777" w:rsidR="001D7EF6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CARTA DE APRESENTAÇÃO AO EDITOR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3D2D5" w14:textId="77777777" w:rsidR="001D7EF6" w:rsidRDefault="001D7EF6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1D7EF6" w14:paraId="2313FBFA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318BFD50" w14:textId="77777777" w:rsidR="001D7EF6" w:rsidRDefault="00000000">
          <w:r>
            <w:rPr>
              <w:noProof/>
            </w:rPr>
            <w:drawing>
              <wp:inline distT="0" distB="0" distL="0" distR="0" wp14:anchorId="30C4E535" wp14:editId="0C99FFEB">
                <wp:extent cx="420624" cy="408957"/>
                <wp:effectExtent l="0" t="0" r="0" b="0"/>
                <wp:docPr id="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6281A7EC" w14:textId="77777777" w:rsidR="001D7EF6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CARTA DE APRESENTAÇÃO AO EDITOR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7580E" w14:textId="77777777" w:rsidR="001D7EF6" w:rsidRDefault="001D7EF6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1D7EF6" w14:paraId="2711BC3B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989FB30" w14:textId="77777777" w:rsidR="001D7EF6" w:rsidRDefault="00000000">
          <w:r>
            <w:rPr>
              <w:noProof/>
            </w:rPr>
            <w:drawing>
              <wp:inline distT="0" distB="0" distL="0" distR="0" wp14:anchorId="0AFB8FCC" wp14:editId="6FC84C24">
                <wp:extent cx="420624" cy="408957"/>
                <wp:effectExtent l="0" t="0" r="0" b="0"/>
                <wp:docPr id="131116822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D761BB5" w14:textId="77777777" w:rsidR="001D7EF6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CARTA DE APRESENTAÇÃO AO EDITOR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776017"/>
    <w:multiLevelType w:val="singleLevel"/>
    <w:tmpl w:val="1B50352A"/>
    <w:lvl w:ilvl="0">
      <w:start w:val="1"/>
      <w:numFmt w:val="decimal"/>
      <w:pStyle w:val="Listacommarcas"/>
      <w:lvlText w:val="%1."/>
      <w:lvlJc w:val="left"/>
      <w:pPr>
        <w:tabs>
          <w:tab w:val="num" w:pos="540"/>
        </w:tabs>
        <w:spacing w:after="80" w:line="240" w:lineRule="auto"/>
        <w:ind w:left="540" w:hanging="270"/>
      </w:pPr>
    </w:lvl>
  </w:abstractNum>
  <w:abstractNum w:abstractNumId="10" w15:restartNumberingAfterBreak="0">
    <w:nsid w:val="54712DDE"/>
    <w:multiLevelType w:val="singleLevel"/>
    <w:tmpl w:val="A6CECBD6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240" w:lineRule="auto"/>
        <w:ind w:left="540" w:hanging="270"/>
      </w:pPr>
      <w:rPr>
        <w:rFonts w:ascii="Arial" w:hAnsi="Arial"/>
      </w:rPr>
    </w:lvl>
  </w:abstractNum>
  <w:num w:numId="1" w16cid:durableId="6241916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7EF6"/>
    <w:rsid w:val="0029639D"/>
    <w:rsid w:val="00326F90"/>
    <w:rsid w:val="00705E70"/>
    <w:rsid w:val="00763AB3"/>
    <w:rsid w:val="00AA1D8D"/>
    <w:rsid w:val="00AE4C2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83AE2F"/>
  <w14:defaultImageDpi w14:val="300"/>
  <w15:docId w15:val="{3141B981-6AC4-4712-AECC-9BBD6D07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280" w:line="240" w:lineRule="auto"/>
      <w:outlineLvl w:val="0"/>
    </w:pPr>
    <w:rPr>
      <w:rFonts w:asciiTheme="majorHAnsi" w:eastAsiaTheme="majorEastAsia" w:hAnsiTheme="majorHAnsi" w:cstheme="majorBidi"/>
      <w:b/>
      <w:bCs/>
      <w:color w:val="174C6A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/>
      <w:b/>
      <w:bCs/>
      <w:color w:val="3C8C4A"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263238"/>
      <w:sz w:val="23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4C6A"/>
      <w:spacing w:val="5"/>
      <w:kern w:val="28"/>
      <w:sz w:val="4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i/>
      <w:iCs/>
      <w:color w:val="66727A"/>
      <w:spacing w:val="15"/>
      <w:sz w:val="22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PESMInstruction">
    <w:name w:val="RPESM Instruction"/>
    <w:pPr>
      <w:spacing w:after="60" w:line="252" w:lineRule="auto"/>
    </w:pPr>
    <w:rPr>
      <w:rFonts w:ascii="Arial" w:hAnsi="Arial"/>
      <w:i/>
      <w:color w:val="66727A"/>
      <w:sz w:val="18"/>
    </w:rPr>
  </w:style>
  <w:style w:type="paragraph" w:customStyle="1" w:styleId="RPESMPlaceholder">
    <w:name w:val="RPESM Placeholder"/>
    <w:pPr>
      <w:spacing w:after="80" w:line="252" w:lineRule="auto"/>
    </w:pPr>
    <w:rPr>
      <w:rFonts w:ascii="Arial" w:hAnsi="Arial"/>
      <w:i/>
      <w:color w:val="66727A"/>
      <w:sz w:val="21"/>
    </w:rPr>
  </w:style>
  <w:style w:type="paragraph" w:customStyle="1" w:styleId="RPESMLabel">
    <w:name w:val="RPESM Label"/>
    <w:pPr>
      <w:spacing w:after="40" w:line="252" w:lineRule="auto"/>
    </w:pPr>
    <w:rPr>
      <w:rFonts w:ascii="Arial" w:hAnsi="Arial"/>
      <w:b/>
      <w:color w:val="174C6A"/>
      <w:sz w:val="21"/>
    </w:rPr>
  </w:style>
  <w:style w:type="paragraph" w:customStyle="1" w:styleId="RPESMCaption">
    <w:name w:val="RPESM Caption"/>
    <w:pPr>
      <w:spacing w:after="60" w:line="252" w:lineRule="auto"/>
    </w:pPr>
    <w:rPr>
      <w:rFonts w:ascii="Arial" w:hAnsi="Arial"/>
      <w:color w:val="263238"/>
      <w:sz w:val="18"/>
    </w:rPr>
  </w:style>
  <w:style w:type="paragraph" w:customStyle="1" w:styleId="RPESMSmall">
    <w:name w:val="RPESM Small"/>
    <w:pPr>
      <w:spacing w:after="40" w:line="252" w:lineRule="auto"/>
    </w:pPr>
    <w:rPr>
      <w:rFonts w:ascii="Arial" w:hAnsi="Arial"/>
      <w:color w:val="66727A"/>
      <w:sz w:val="17"/>
    </w:rPr>
  </w:style>
  <w:style w:type="paragraph" w:customStyle="1" w:styleId="RPESMDeclaration">
    <w:name w:val="RPESM Declaration"/>
    <w:pPr>
      <w:spacing w:after="80" w:line="252" w:lineRule="auto"/>
    </w:pPr>
    <w:rPr>
      <w:rFonts w:ascii="Arial" w:hAnsi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1426</Characters>
  <Application>Microsoft Office Word</Application>
  <DocSecurity>0</DocSecurity>
  <Lines>27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Apresentação ao Editor</dc:title>
  <dc:subject>Documento oficial de apoio à submissão na RPESM</dc:subject>
  <dc:creator>Revista Portuguesa de Enfermagem de Saúde Mental</dc:creator>
  <cp:keywords>RPESM, submissão, manuscrito, autores</cp:keywords>
  <dc:description>generated by python-docx</dc:description>
  <cp:lastModifiedBy>Joana Coelho</cp:lastModifiedBy>
  <cp:revision>2</cp:revision>
  <dcterms:created xsi:type="dcterms:W3CDTF">2026-08-14T19:24:00Z</dcterms:created>
  <dcterms:modified xsi:type="dcterms:W3CDTF">2026-08-14T19:24:00Z</dcterms:modified>
  <cp:category/>
</cp:coreProperties>
</file>