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6F15" w14:textId="52FA590D" w:rsidR="00726751" w:rsidRDefault="00000000">
      <w:pPr>
        <w:pStyle w:val="Ttulo"/>
      </w:pPr>
      <w:r>
        <w:t>GUIA</w:t>
      </w:r>
      <w:r w:rsidR="00F13B86">
        <w:t xml:space="preserve"> </w:t>
      </w:r>
      <w:r>
        <w:t>DE CITAÇÕES E REFERÊNCIAS</w:t>
      </w:r>
    </w:p>
    <w:p w14:paraId="34874CC6" w14:textId="629A8F59" w:rsidR="00726751" w:rsidRPr="00F13B86" w:rsidRDefault="00726751">
      <w:pPr>
        <w:pStyle w:val="Subttulo"/>
        <w:rPr>
          <w:lang w:val="pt-PT"/>
        </w:rPr>
      </w:pP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726751" w14:paraId="1E977568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992118" w14:textId="77777777" w:rsidR="00726751" w:rsidRDefault="00000000">
            <w:pPr>
              <w:spacing w:after="0"/>
            </w:pPr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Este guia resume situações frequentes e não substitui o </w:t>
            </w:r>
            <w:proofErr w:type="spellStart"/>
            <w:r w:rsidRPr="00F13B86">
              <w:rPr>
                <w:rFonts w:eastAsia="Arial"/>
                <w:color w:val="263238"/>
                <w:sz w:val="18"/>
                <w:lang w:val="pt-PT"/>
              </w:rPr>
              <w:t>Publication</w:t>
            </w:r>
            <w:proofErr w:type="spellEnd"/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 Manual </w:t>
            </w:r>
            <w:proofErr w:type="spellStart"/>
            <w:r w:rsidRPr="00F13B86">
              <w:rPr>
                <w:rFonts w:eastAsia="Arial"/>
                <w:color w:val="263238"/>
                <w:sz w:val="18"/>
                <w:lang w:val="pt-PT"/>
              </w:rPr>
              <w:t>of</w:t>
            </w:r>
            <w:proofErr w:type="spellEnd"/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 </w:t>
            </w:r>
            <w:proofErr w:type="spellStart"/>
            <w:r w:rsidRPr="00F13B86">
              <w:rPr>
                <w:rFonts w:eastAsia="Arial"/>
                <w:color w:val="263238"/>
                <w:sz w:val="18"/>
                <w:lang w:val="pt-PT"/>
              </w:rPr>
              <w:t>the</w:t>
            </w:r>
            <w:proofErr w:type="spellEnd"/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 </w:t>
            </w:r>
            <w:proofErr w:type="spellStart"/>
            <w:r w:rsidRPr="00F13B86">
              <w:rPr>
                <w:rFonts w:eastAsia="Arial"/>
                <w:color w:val="263238"/>
                <w:sz w:val="18"/>
                <w:lang w:val="pt-PT"/>
              </w:rPr>
              <w:t>American</w:t>
            </w:r>
            <w:proofErr w:type="spellEnd"/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 </w:t>
            </w:r>
            <w:proofErr w:type="spellStart"/>
            <w:r w:rsidRPr="00F13B86">
              <w:rPr>
                <w:rFonts w:eastAsia="Arial"/>
                <w:color w:val="263238"/>
                <w:sz w:val="18"/>
                <w:lang w:val="pt-PT"/>
              </w:rPr>
              <w:t>Psychological</w:t>
            </w:r>
            <w:proofErr w:type="spellEnd"/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 </w:t>
            </w:r>
            <w:proofErr w:type="spellStart"/>
            <w:r w:rsidRPr="00F13B86">
              <w:rPr>
                <w:rFonts w:eastAsia="Arial"/>
                <w:color w:val="263238"/>
                <w:sz w:val="18"/>
                <w:lang w:val="pt-PT"/>
              </w:rPr>
              <w:t>Association</w:t>
            </w:r>
            <w:proofErr w:type="spellEnd"/>
            <w:r w:rsidRPr="00F13B86">
              <w:rPr>
                <w:rFonts w:eastAsia="Arial"/>
                <w:color w:val="263238"/>
                <w:sz w:val="18"/>
                <w:lang w:val="pt-PT"/>
              </w:rPr>
              <w:t xml:space="preserve"> nem as Diretrizes para Autores. Em caso de conflito, prevalecem as regras editoriais publicadas pela RPESM. </w:t>
            </w:r>
            <w:proofErr w:type="spellStart"/>
            <w:r>
              <w:rPr>
                <w:rFonts w:eastAsia="Arial"/>
                <w:color w:val="263238"/>
                <w:sz w:val="18"/>
              </w:rPr>
              <w:t>Os</w:t>
            </w:r>
            <w:proofErr w:type="spellEnd"/>
            <w:r>
              <w:rPr>
                <w:rFonts w:eastAsia="Arial"/>
                <w:color w:val="263238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color w:val="263238"/>
                <w:sz w:val="18"/>
              </w:rPr>
              <w:t>exemplos</w:t>
            </w:r>
            <w:proofErr w:type="spellEnd"/>
            <w:r>
              <w:rPr>
                <w:rFonts w:eastAsia="Arial"/>
                <w:color w:val="263238"/>
                <w:sz w:val="18"/>
              </w:rPr>
              <w:t xml:space="preserve"> </w:t>
            </w:r>
            <w:proofErr w:type="spellStart"/>
            <w:r>
              <w:rPr>
                <w:rFonts w:eastAsia="Arial"/>
                <w:color w:val="263238"/>
                <w:sz w:val="18"/>
              </w:rPr>
              <w:t>usam</w:t>
            </w:r>
            <w:proofErr w:type="spellEnd"/>
            <w:r>
              <w:rPr>
                <w:rFonts w:eastAsia="Arial"/>
                <w:color w:val="263238"/>
                <w:sz w:val="18"/>
              </w:rPr>
              <w:t xml:space="preserve"> dados fictícios.</w:t>
            </w:r>
          </w:p>
        </w:tc>
      </w:tr>
    </w:tbl>
    <w:p w14:paraId="337FC889" w14:textId="77777777" w:rsidR="00726751" w:rsidRDefault="00726751">
      <w:pPr>
        <w:spacing w:after="0"/>
      </w:pPr>
    </w:p>
    <w:p w14:paraId="483CFA9F" w14:textId="77777777" w:rsidR="00726751" w:rsidRDefault="00000000" w:rsidP="00F13B86">
      <w:pPr>
        <w:pStyle w:val="Ttulo1"/>
        <w:spacing w:line="360" w:lineRule="auto"/>
      </w:pPr>
      <w:r>
        <w:t>1. Princípios essenciais</w:t>
      </w:r>
    </w:p>
    <w:p w14:paraId="66679135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Utilizar o sistema autor–data nas citações em texto.</w:t>
      </w:r>
    </w:p>
    <w:p w14:paraId="2E3A8A3A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Assegurar correspondência integral entre citações no texto e lista final de referências.</w:t>
      </w:r>
    </w:p>
    <w:p w14:paraId="16D5A319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Ordenar as referências alfabeticamente pelo apelido do primeiro autor.</w:t>
      </w:r>
    </w:p>
    <w:p w14:paraId="25102524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Apresentar o DOI como ligação URL: https://doi.org/xxxxx.</w:t>
      </w:r>
    </w:p>
    <w:p w14:paraId="776D9996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Não abreviar o título das revistas.</w:t>
      </w:r>
    </w:p>
    <w:p w14:paraId="42AA0295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Nas citações diretas, indicar página; na ausência de páginas, indicar parágrafo, secção ou outro localizador apropriado.</w:t>
      </w:r>
    </w:p>
    <w:p w14:paraId="0F31E7F9" w14:textId="77777777" w:rsidR="00726751" w:rsidRPr="00F13B86" w:rsidRDefault="00000000" w:rsidP="00F13B86">
      <w:pPr>
        <w:numPr>
          <w:ilvl w:val="0"/>
          <w:numId w:val="1"/>
        </w:numPr>
        <w:spacing w:line="360" w:lineRule="auto"/>
        <w:rPr>
          <w:lang w:val="pt-PT"/>
        </w:rPr>
      </w:pPr>
      <w:r w:rsidRPr="00F13B86">
        <w:rPr>
          <w:rFonts w:eastAsia="Arial"/>
          <w:lang w:val="pt-PT"/>
        </w:rPr>
        <w:t>Privilegiar fontes primárias, atuais e diretamente relevantes, sem excluir referências clássicas indispensáveis.</w:t>
      </w:r>
    </w:p>
    <w:p w14:paraId="089CE6C5" w14:textId="77777777" w:rsidR="00726751" w:rsidRPr="00F13B86" w:rsidRDefault="00000000" w:rsidP="00F13B86">
      <w:pPr>
        <w:pStyle w:val="Ttulo1"/>
        <w:spacing w:line="360" w:lineRule="auto"/>
        <w:rPr>
          <w:lang w:val="pt-PT"/>
        </w:rPr>
      </w:pPr>
      <w:r w:rsidRPr="00F13B86">
        <w:rPr>
          <w:lang w:val="pt-PT"/>
        </w:rPr>
        <w:t>2. Citações no texto</w:t>
      </w:r>
    </w:p>
    <w:p w14:paraId="064DC699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Um autor — parentética: </w:t>
      </w:r>
      <w:r w:rsidRPr="00F13B86">
        <w:rPr>
          <w:rFonts w:eastAsia="Arial"/>
          <w:sz w:val="20"/>
          <w:lang w:val="pt-PT"/>
        </w:rPr>
        <w:t>(Silva, 2025)</w:t>
      </w:r>
    </w:p>
    <w:p w14:paraId="70C88371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Um autor — narrativa: </w:t>
      </w:r>
      <w:r w:rsidRPr="00F13B86">
        <w:rPr>
          <w:rFonts w:eastAsia="Arial"/>
          <w:sz w:val="20"/>
          <w:lang w:val="pt-PT"/>
        </w:rPr>
        <w:t>Silva (2025)</w:t>
      </w:r>
    </w:p>
    <w:p w14:paraId="5767782A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Dois autores — parentética: </w:t>
      </w:r>
      <w:r w:rsidRPr="00F13B86">
        <w:rPr>
          <w:rFonts w:eastAsia="Arial"/>
          <w:sz w:val="20"/>
          <w:lang w:val="pt-PT"/>
        </w:rPr>
        <w:t>(Silva &amp; Costa, 2025)</w:t>
      </w:r>
    </w:p>
    <w:p w14:paraId="3779D5AD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Dois autores — narrativa: </w:t>
      </w:r>
      <w:r w:rsidRPr="00F13B86">
        <w:rPr>
          <w:rFonts w:eastAsia="Arial"/>
          <w:sz w:val="20"/>
          <w:lang w:val="pt-PT"/>
        </w:rPr>
        <w:t>Silva e Costa (2025)</w:t>
      </w:r>
    </w:p>
    <w:p w14:paraId="58070F55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Três ou mais autores: </w:t>
      </w:r>
      <w:r w:rsidRPr="00F13B86">
        <w:rPr>
          <w:rFonts w:eastAsia="Arial"/>
          <w:sz w:val="20"/>
          <w:lang w:val="pt-PT"/>
        </w:rPr>
        <w:t xml:space="preserve">(Silva </w:t>
      </w:r>
      <w:proofErr w:type="spellStart"/>
      <w:r w:rsidRPr="00F13B86">
        <w:rPr>
          <w:rFonts w:eastAsia="Arial"/>
          <w:sz w:val="20"/>
          <w:lang w:val="pt-PT"/>
        </w:rPr>
        <w:t>et</w:t>
      </w:r>
      <w:proofErr w:type="spellEnd"/>
      <w:r w:rsidRPr="00F13B86">
        <w:rPr>
          <w:rFonts w:eastAsia="Arial"/>
          <w:sz w:val="20"/>
          <w:lang w:val="pt-PT"/>
        </w:rPr>
        <w:t xml:space="preserve"> al., 2025) / Silva </w:t>
      </w:r>
      <w:proofErr w:type="spellStart"/>
      <w:r w:rsidRPr="00F13B86">
        <w:rPr>
          <w:rFonts w:eastAsia="Arial"/>
          <w:sz w:val="20"/>
          <w:lang w:val="pt-PT"/>
        </w:rPr>
        <w:t>et</w:t>
      </w:r>
      <w:proofErr w:type="spellEnd"/>
      <w:r w:rsidRPr="00F13B86">
        <w:rPr>
          <w:rFonts w:eastAsia="Arial"/>
          <w:sz w:val="20"/>
          <w:lang w:val="pt-PT"/>
        </w:rPr>
        <w:t xml:space="preserve"> al. (2025)</w:t>
      </w:r>
    </w:p>
    <w:p w14:paraId="21E426A4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Várias fontes: </w:t>
      </w:r>
      <w:r w:rsidRPr="00F13B86">
        <w:rPr>
          <w:rFonts w:eastAsia="Arial"/>
          <w:sz w:val="20"/>
          <w:lang w:val="pt-PT"/>
        </w:rPr>
        <w:t xml:space="preserve">(Costa, 2023; Pereira </w:t>
      </w:r>
      <w:proofErr w:type="spellStart"/>
      <w:r w:rsidRPr="00F13B86">
        <w:rPr>
          <w:rFonts w:eastAsia="Arial"/>
          <w:sz w:val="20"/>
          <w:lang w:val="pt-PT"/>
        </w:rPr>
        <w:t>et</w:t>
      </w:r>
      <w:proofErr w:type="spellEnd"/>
      <w:r w:rsidRPr="00F13B86">
        <w:rPr>
          <w:rFonts w:eastAsia="Arial"/>
          <w:sz w:val="20"/>
          <w:lang w:val="pt-PT"/>
        </w:rPr>
        <w:t xml:space="preserve"> al., 2024; Silva, 2025)</w:t>
      </w:r>
    </w:p>
    <w:p w14:paraId="48AB3798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Autor institucional — primeira citação: </w:t>
      </w:r>
      <w:r w:rsidRPr="00F13B86">
        <w:rPr>
          <w:rFonts w:eastAsia="Arial"/>
          <w:sz w:val="20"/>
          <w:lang w:val="pt-PT"/>
        </w:rPr>
        <w:t>(Organização Mundial da Saúde [OMS], 2025)</w:t>
      </w:r>
    </w:p>
    <w:p w14:paraId="6B80B023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Autor institucional — citações seguintes: </w:t>
      </w:r>
      <w:r w:rsidRPr="00F13B86">
        <w:rPr>
          <w:rFonts w:eastAsia="Arial"/>
          <w:sz w:val="20"/>
          <w:lang w:val="pt-PT"/>
        </w:rPr>
        <w:t>(OMS, 2025)</w:t>
      </w:r>
    </w:p>
    <w:p w14:paraId="42F21A76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Citação direta: </w:t>
      </w:r>
      <w:r w:rsidRPr="00F13B86">
        <w:rPr>
          <w:rFonts w:eastAsia="Arial"/>
          <w:sz w:val="20"/>
          <w:lang w:val="pt-PT"/>
        </w:rPr>
        <w:t>(Silva, 2025, p. 17)</w:t>
      </w:r>
    </w:p>
    <w:p w14:paraId="20527891" w14:textId="364168E1" w:rsidR="00F13B86" w:rsidRPr="00F13B86" w:rsidRDefault="00000000" w:rsidP="00F13B86">
      <w:pPr>
        <w:pStyle w:val="RPESMInstruction"/>
        <w:spacing w:line="360" w:lineRule="auto"/>
        <w:rPr>
          <w:lang w:val="pt-PT"/>
        </w:rPr>
      </w:pPr>
      <w:r w:rsidRPr="00F13B86">
        <w:rPr>
          <w:lang w:val="pt-PT"/>
        </w:rPr>
        <w:t>Nas citações narrativas redigidas em português, usar «e» entre dois autores; nas citações parentéticas, usar «&amp;», mantendo a convenção APA.</w:t>
      </w:r>
    </w:p>
    <w:p w14:paraId="31E2B5FA" w14:textId="77777777" w:rsidR="00726751" w:rsidRPr="00F13B86" w:rsidRDefault="00000000" w:rsidP="00F13B86">
      <w:pPr>
        <w:pStyle w:val="Ttulo1"/>
        <w:spacing w:line="360" w:lineRule="auto"/>
        <w:rPr>
          <w:lang w:val="pt-PT"/>
        </w:rPr>
      </w:pPr>
      <w:r w:rsidRPr="00F13B86">
        <w:rPr>
          <w:lang w:val="pt-PT"/>
        </w:rPr>
        <w:t>3. Modelos de referências</w:t>
      </w:r>
    </w:p>
    <w:p w14:paraId="3E89F68B" w14:textId="77777777" w:rsidR="00F13B86" w:rsidRDefault="00F13B86" w:rsidP="00F13B86">
      <w:pPr>
        <w:spacing w:after="40" w:line="360" w:lineRule="auto"/>
        <w:rPr>
          <w:rFonts w:eastAsia="Arial"/>
          <w:b/>
          <w:color w:val="174C6A"/>
          <w:sz w:val="20"/>
          <w:lang w:val="pt-PT"/>
        </w:rPr>
      </w:pPr>
    </w:p>
    <w:p w14:paraId="74CC7467" w14:textId="77777777" w:rsidR="00F13B86" w:rsidRDefault="00F13B86" w:rsidP="00F13B86">
      <w:pPr>
        <w:spacing w:after="40" w:line="360" w:lineRule="auto"/>
        <w:rPr>
          <w:rFonts w:eastAsia="Arial"/>
          <w:b/>
          <w:color w:val="174C6A"/>
          <w:sz w:val="20"/>
          <w:lang w:val="pt-PT"/>
        </w:rPr>
      </w:pPr>
    </w:p>
    <w:p w14:paraId="616C0A9D" w14:textId="4DC40A50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lastRenderedPageBreak/>
        <w:t xml:space="preserve">Artigo com DOI: </w:t>
      </w:r>
    </w:p>
    <w:p w14:paraId="08E01E3A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A., &amp; Apelido, B. B. (2025). Título do artigo. </w:t>
      </w:r>
      <w:r w:rsidRPr="00F13B86">
        <w:rPr>
          <w:rFonts w:eastAsia="Arial"/>
          <w:i/>
          <w:iCs/>
          <w:sz w:val="19"/>
          <w:lang w:val="pt-PT"/>
        </w:rPr>
        <w:t>Título da Revista</w:t>
      </w:r>
      <w:r w:rsidRPr="00F13B86">
        <w:rPr>
          <w:rFonts w:eastAsia="Arial"/>
          <w:sz w:val="19"/>
          <w:lang w:val="pt-PT"/>
        </w:rPr>
        <w:t>, 12(3), 145–158. https://doi.org/10.xxxx/xxxxx</w:t>
      </w:r>
    </w:p>
    <w:p w14:paraId="18F44DD8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Artigo sem DOI, disponível numa página não pertencente a base de dados: </w:t>
      </w:r>
    </w:p>
    <w:p w14:paraId="6F5B28D7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 (2025). Título do artigo. </w:t>
      </w:r>
      <w:r w:rsidRPr="00F13B86">
        <w:rPr>
          <w:rFonts w:eastAsia="Arial"/>
          <w:i/>
          <w:iCs/>
          <w:sz w:val="19"/>
          <w:lang w:val="pt-PT"/>
        </w:rPr>
        <w:t>Título da Revista</w:t>
      </w:r>
      <w:r w:rsidRPr="00F13B86">
        <w:rPr>
          <w:rFonts w:eastAsia="Arial"/>
          <w:sz w:val="19"/>
          <w:lang w:val="pt-PT"/>
        </w:rPr>
        <w:t>, 8(2), 20–31. https://exemplo.org/artigo</w:t>
      </w:r>
    </w:p>
    <w:p w14:paraId="173AA3FD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Livro: </w:t>
      </w:r>
    </w:p>
    <w:p w14:paraId="3FB1D955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 (2024). </w:t>
      </w:r>
      <w:r w:rsidRPr="00F13B86">
        <w:rPr>
          <w:rFonts w:eastAsia="Arial"/>
          <w:i/>
          <w:iCs/>
          <w:sz w:val="19"/>
          <w:lang w:val="pt-PT"/>
        </w:rPr>
        <w:t>Título do livro</w:t>
      </w:r>
      <w:r w:rsidRPr="00F13B86">
        <w:rPr>
          <w:rFonts w:eastAsia="Arial"/>
          <w:sz w:val="19"/>
          <w:lang w:val="pt-PT"/>
        </w:rPr>
        <w:t xml:space="preserve"> (2.ª ed.). Editora. https://doi.org/10.xxxx/xxxxx</w:t>
      </w:r>
    </w:p>
    <w:p w14:paraId="24EB631A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Capítulo de livro: </w:t>
      </w:r>
    </w:p>
    <w:p w14:paraId="7545B263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 (2024). Título do capítulo. In B. B. Editor &amp; C. C. Editor (Eds.), </w:t>
      </w:r>
      <w:r w:rsidRPr="00F13B86">
        <w:rPr>
          <w:rFonts w:eastAsia="Arial"/>
          <w:i/>
          <w:iCs/>
          <w:sz w:val="19"/>
          <w:lang w:val="pt-PT"/>
        </w:rPr>
        <w:t>Título do livro</w:t>
      </w:r>
      <w:r w:rsidRPr="00F13B86">
        <w:rPr>
          <w:rFonts w:eastAsia="Arial"/>
          <w:sz w:val="19"/>
          <w:lang w:val="pt-PT"/>
        </w:rPr>
        <w:t xml:space="preserve"> (pp. 20–38). Editora. https://doi.org/10.xxxx/xxxxx</w:t>
      </w:r>
    </w:p>
    <w:p w14:paraId="0DD966EB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Relatório institucional: </w:t>
      </w:r>
    </w:p>
    <w:p w14:paraId="684E0F06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Organização. (2025). </w:t>
      </w:r>
      <w:r w:rsidRPr="00F13B86">
        <w:rPr>
          <w:rFonts w:eastAsia="Arial"/>
          <w:i/>
          <w:iCs/>
          <w:sz w:val="19"/>
          <w:lang w:val="pt-PT"/>
        </w:rPr>
        <w:t>Título do relatório</w:t>
      </w:r>
      <w:r w:rsidRPr="00F13B86">
        <w:rPr>
          <w:rFonts w:eastAsia="Arial"/>
          <w:sz w:val="19"/>
          <w:lang w:val="pt-PT"/>
        </w:rPr>
        <w:t>. https://exemplo.org/relatorio</w:t>
      </w:r>
    </w:p>
    <w:p w14:paraId="15A3483A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Página web: </w:t>
      </w:r>
    </w:p>
    <w:p w14:paraId="341693E4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 (2025, julho 10). </w:t>
      </w:r>
      <w:r w:rsidRPr="00F13B86">
        <w:rPr>
          <w:rFonts w:eastAsia="Arial"/>
          <w:i/>
          <w:iCs/>
          <w:sz w:val="19"/>
          <w:lang w:val="pt-PT"/>
        </w:rPr>
        <w:t>Título da página</w:t>
      </w:r>
      <w:r w:rsidRPr="00F13B86">
        <w:rPr>
          <w:rFonts w:eastAsia="Arial"/>
          <w:sz w:val="19"/>
          <w:lang w:val="pt-PT"/>
        </w:rPr>
        <w:t>. Nome do Site. https://exemplo.org/pagina</w:t>
      </w:r>
    </w:p>
    <w:p w14:paraId="61345BDB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Dissertação ou tese em repositório: </w:t>
      </w:r>
    </w:p>
    <w:p w14:paraId="30B4CC15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 (2025). </w:t>
      </w:r>
      <w:r w:rsidRPr="00F13B86">
        <w:rPr>
          <w:rFonts w:eastAsia="Arial"/>
          <w:i/>
          <w:iCs/>
          <w:sz w:val="19"/>
          <w:lang w:val="pt-PT"/>
        </w:rPr>
        <w:t>Título da dissertação</w:t>
      </w:r>
      <w:r w:rsidRPr="00F13B86">
        <w:rPr>
          <w:rFonts w:eastAsia="Arial"/>
          <w:sz w:val="19"/>
          <w:lang w:val="pt-PT"/>
        </w:rPr>
        <w:t xml:space="preserve"> [Dissertação de mestrado, Nome da Instituição]. Nome do Repositório. https://exemplo.org/handle/xxxxx</w:t>
      </w:r>
    </w:p>
    <w:p w14:paraId="23060E35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r w:rsidRPr="00F13B86">
        <w:rPr>
          <w:rFonts w:eastAsia="Arial"/>
          <w:b/>
          <w:color w:val="174C6A"/>
          <w:sz w:val="20"/>
          <w:lang w:val="pt-PT"/>
        </w:rPr>
        <w:t xml:space="preserve">Conjunto de dados: </w:t>
      </w:r>
    </w:p>
    <w:p w14:paraId="3A5BD328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 (2025). </w:t>
      </w:r>
      <w:r w:rsidRPr="00F13B86">
        <w:rPr>
          <w:rFonts w:eastAsia="Arial"/>
          <w:i/>
          <w:iCs/>
          <w:sz w:val="19"/>
          <w:lang w:val="pt-PT"/>
        </w:rPr>
        <w:t>Título do conjunto de dados</w:t>
      </w:r>
      <w:r w:rsidRPr="00F13B86">
        <w:rPr>
          <w:rFonts w:eastAsia="Arial"/>
          <w:sz w:val="19"/>
          <w:lang w:val="pt-PT"/>
        </w:rPr>
        <w:t xml:space="preserve"> (Versão 2) [Conjunto de dados]. Repositório. https://doi.org/10.xxxx/xxxxx</w:t>
      </w:r>
    </w:p>
    <w:p w14:paraId="6FC07F71" w14:textId="77777777" w:rsidR="00726751" w:rsidRPr="00F13B86" w:rsidRDefault="00000000" w:rsidP="00F13B86">
      <w:pPr>
        <w:spacing w:after="40" w:line="360" w:lineRule="auto"/>
        <w:rPr>
          <w:lang w:val="pt-PT"/>
        </w:rPr>
      </w:pPr>
      <w:proofErr w:type="spellStart"/>
      <w:r w:rsidRPr="00F13B86">
        <w:rPr>
          <w:rFonts w:eastAsia="Arial"/>
          <w:b/>
          <w:color w:val="174C6A"/>
          <w:sz w:val="20"/>
          <w:lang w:val="pt-PT"/>
        </w:rPr>
        <w:t>Preprint</w:t>
      </w:r>
      <w:proofErr w:type="spellEnd"/>
      <w:r w:rsidRPr="00F13B86">
        <w:rPr>
          <w:rFonts w:eastAsia="Arial"/>
          <w:b/>
          <w:color w:val="174C6A"/>
          <w:sz w:val="20"/>
          <w:lang w:val="pt-PT"/>
        </w:rPr>
        <w:t xml:space="preserve">: </w:t>
      </w:r>
    </w:p>
    <w:p w14:paraId="46E6110E" w14:textId="77777777" w:rsidR="00726751" w:rsidRPr="00F13B86" w:rsidRDefault="00000000" w:rsidP="00F13B86">
      <w:pPr>
        <w:spacing w:after="100" w:line="360" w:lineRule="auto"/>
        <w:ind w:left="720" w:hanging="720"/>
        <w:rPr>
          <w:lang w:val="pt-PT"/>
        </w:rPr>
      </w:pPr>
      <w:r w:rsidRPr="00F13B86">
        <w:rPr>
          <w:rFonts w:eastAsia="Arial"/>
          <w:sz w:val="19"/>
          <w:lang w:val="pt-PT"/>
        </w:rPr>
        <w:t xml:space="preserve">Apelido, A. A., &amp; Apelido, B. B. (2025). </w:t>
      </w:r>
      <w:r w:rsidRPr="00F13B86">
        <w:rPr>
          <w:rFonts w:eastAsia="Arial"/>
          <w:i/>
          <w:iCs/>
          <w:sz w:val="19"/>
          <w:lang w:val="pt-PT"/>
        </w:rPr>
        <w:t>Título do manuscrito</w:t>
      </w:r>
      <w:r w:rsidRPr="00F13B86">
        <w:rPr>
          <w:rFonts w:eastAsia="Arial"/>
          <w:sz w:val="19"/>
          <w:lang w:val="pt-PT"/>
        </w:rPr>
        <w:t xml:space="preserve"> [</w:t>
      </w:r>
      <w:proofErr w:type="spellStart"/>
      <w:r w:rsidRPr="00F13B86">
        <w:rPr>
          <w:rFonts w:eastAsia="Arial"/>
          <w:sz w:val="19"/>
          <w:lang w:val="pt-PT"/>
        </w:rPr>
        <w:t>Preprint</w:t>
      </w:r>
      <w:proofErr w:type="spellEnd"/>
      <w:r w:rsidRPr="00F13B86">
        <w:rPr>
          <w:rFonts w:eastAsia="Arial"/>
          <w:sz w:val="19"/>
          <w:lang w:val="pt-PT"/>
        </w:rPr>
        <w:t>]. Nome do servidor. https://doi.org/10.xxxx/xxxxx</w:t>
      </w:r>
    </w:p>
    <w:p w14:paraId="03291B6F" w14:textId="77777777" w:rsidR="00726751" w:rsidRPr="00F13B86" w:rsidRDefault="00000000" w:rsidP="00F13B86">
      <w:pPr>
        <w:pStyle w:val="Ttulo1"/>
        <w:spacing w:line="360" w:lineRule="auto"/>
        <w:rPr>
          <w:lang w:val="pt-PT"/>
        </w:rPr>
      </w:pPr>
      <w:r w:rsidRPr="00F13B86">
        <w:rPr>
          <w:lang w:val="pt-PT"/>
        </w:rPr>
        <w:t>4. Verificação final</w:t>
      </w:r>
    </w:p>
    <w:p w14:paraId="5B0E2087" w14:textId="77777777" w:rsidR="00726751" w:rsidRPr="00F13B86" w:rsidRDefault="00000000" w:rsidP="00F13B86">
      <w:pPr>
        <w:spacing w:after="80" w:line="360" w:lineRule="auto"/>
        <w:ind w:left="85" w:hanging="85"/>
        <w:rPr>
          <w:lang w:val="pt-PT"/>
        </w:rPr>
      </w:pPr>
      <w:r w:rsidRPr="00F13B86">
        <w:rPr>
          <w:rFonts w:ascii="DejaVu Sans" w:eastAsia="DejaVu Sans" w:hAnsi="DejaVu Sans"/>
          <w:color w:val="174C6A"/>
          <w:lang w:val="pt-PT"/>
        </w:rPr>
        <w:t xml:space="preserve">☐ </w:t>
      </w:r>
      <w:r w:rsidRPr="00F13B86">
        <w:rPr>
          <w:rFonts w:eastAsia="Arial"/>
          <w:sz w:val="20"/>
          <w:lang w:val="pt-PT"/>
        </w:rPr>
        <w:t>Autores e ano coincidem entre a citação e a referência.</w:t>
      </w:r>
    </w:p>
    <w:p w14:paraId="4802C585" w14:textId="77777777" w:rsidR="00726751" w:rsidRPr="00F13B86" w:rsidRDefault="00000000" w:rsidP="00F13B86">
      <w:pPr>
        <w:spacing w:after="80" w:line="360" w:lineRule="auto"/>
        <w:ind w:left="85" w:hanging="85"/>
        <w:rPr>
          <w:lang w:val="pt-PT"/>
        </w:rPr>
      </w:pPr>
      <w:r w:rsidRPr="00F13B86">
        <w:rPr>
          <w:rFonts w:ascii="DejaVu Sans" w:eastAsia="DejaVu Sans" w:hAnsi="DejaVu Sans"/>
          <w:color w:val="174C6A"/>
          <w:lang w:val="pt-PT"/>
        </w:rPr>
        <w:t xml:space="preserve">☐ </w:t>
      </w:r>
      <w:r w:rsidRPr="00F13B86">
        <w:rPr>
          <w:rFonts w:eastAsia="Arial"/>
          <w:sz w:val="20"/>
          <w:lang w:val="pt-PT"/>
        </w:rPr>
        <w:t>Títulos de artigos e livros usam maiúsculas/minúsculas de forma consistente com APA.</w:t>
      </w:r>
    </w:p>
    <w:p w14:paraId="2D604E11" w14:textId="77777777" w:rsidR="00726751" w:rsidRPr="00F13B86" w:rsidRDefault="00000000" w:rsidP="00F13B86">
      <w:pPr>
        <w:spacing w:after="80" w:line="360" w:lineRule="auto"/>
        <w:ind w:left="85" w:hanging="85"/>
        <w:rPr>
          <w:lang w:val="pt-PT"/>
        </w:rPr>
      </w:pPr>
      <w:r w:rsidRPr="00F13B86">
        <w:rPr>
          <w:rFonts w:ascii="DejaVu Sans" w:eastAsia="DejaVu Sans" w:hAnsi="DejaVu Sans"/>
          <w:color w:val="174C6A"/>
          <w:lang w:val="pt-PT"/>
        </w:rPr>
        <w:t xml:space="preserve">☐ </w:t>
      </w:r>
      <w:r w:rsidRPr="00F13B86">
        <w:rPr>
          <w:rFonts w:eastAsia="Arial"/>
          <w:sz w:val="20"/>
          <w:lang w:val="pt-PT"/>
        </w:rPr>
        <w:t>Título e volume da revista estão em itálico; o número da edição está entre parênteses e não em itálico.</w:t>
      </w:r>
    </w:p>
    <w:p w14:paraId="629FB857" w14:textId="77777777" w:rsidR="00726751" w:rsidRPr="00F13B86" w:rsidRDefault="00000000" w:rsidP="00F13B86">
      <w:pPr>
        <w:spacing w:after="80" w:line="360" w:lineRule="auto"/>
        <w:ind w:left="85" w:hanging="85"/>
        <w:rPr>
          <w:lang w:val="pt-PT"/>
        </w:rPr>
      </w:pPr>
      <w:r w:rsidRPr="00F13B86">
        <w:rPr>
          <w:rFonts w:ascii="DejaVu Sans" w:eastAsia="DejaVu Sans" w:hAnsi="DejaVu Sans"/>
          <w:color w:val="174C6A"/>
          <w:lang w:val="pt-PT"/>
        </w:rPr>
        <w:t xml:space="preserve">☐ </w:t>
      </w:r>
      <w:r w:rsidRPr="00F13B86">
        <w:rPr>
          <w:rFonts w:eastAsia="Arial"/>
          <w:sz w:val="20"/>
          <w:lang w:val="pt-PT"/>
        </w:rPr>
        <w:t>Intervalos de páginas e DOI/URL estão corretos e funcionais.</w:t>
      </w:r>
    </w:p>
    <w:p w14:paraId="246FDD77" w14:textId="77777777" w:rsidR="00726751" w:rsidRPr="00F13B86" w:rsidRDefault="00000000" w:rsidP="00F13B86">
      <w:pPr>
        <w:spacing w:after="80" w:line="360" w:lineRule="auto"/>
        <w:ind w:left="85" w:hanging="85"/>
        <w:rPr>
          <w:lang w:val="pt-PT"/>
        </w:rPr>
      </w:pPr>
      <w:r w:rsidRPr="00F13B86">
        <w:rPr>
          <w:rFonts w:ascii="DejaVu Sans" w:eastAsia="DejaVu Sans" w:hAnsi="DejaVu Sans"/>
          <w:color w:val="174C6A"/>
          <w:lang w:val="pt-PT"/>
        </w:rPr>
        <w:t xml:space="preserve">☐ </w:t>
      </w:r>
      <w:r w:rsidRPr="00F13B86">
        <w:rPr>
          <w:rFonts w:eastAsia="Arial"/>
          <w:sz w:val="20"/>
          <w:lang w:val="pt-PT"/>
        </w:rPr>
        <w:t>Não foram incluídas referências não citadas nem citações sem referência.</w:t>
      </w:r>
    </w:p>
    <w:p w14:paraId="70A648BD" w14:textId="06616113" w:rsidR="00F13B86" w:rsidRDefault="00000000" w:rsidP="00F13B86">
      <w:pPr>
        <w:spacing w:after="80" w:line="360" w:lineRule="auto"/>
        <w:ind w:left="85" w:hanging="85"/>
        <w:rPr>
          <w:lang w:val="pt-PT"/>
        </w:rPr>
      </w:pPr>
      <w:r w:rsidRPr="00F13B86">
        <w:rPr>
          <w:rFonts w:ascii="DejaVu Sans" w:eastAsia="DejaVu Sans" w:hAnsi="DejaVu Sans"/>
          <w:color w:val="174C6A"/>
          <w:lang w:val="pt-PT"/>
        </w:rPr>
        <w:t xml:space="preserve">☐ </w:t>
      </w:r>
      <w:r w:rsidRPr="00F13B86">
        <w:rPr>
          <w:rFonts w:eastAsia="Arial"/>
          <w:sz w:val="20"/>
          <w:lang w:val="pt-PT"/>
        </w:rPr>
        <w:t>As referências foram verificadas na fonte original e não apenas copiadas de outro artigo.</w:t>
      </w:r>
      <w:r w:rsidR="00F13B86">
        <w:rPr>
          <w:lang w:val="pt-PT"/>
        </w:rPr>
        <w:t xml:space="preserve">  </w:t>
      </w:r>
    </w:p>
    <w:p w14:paraId="742D1D6C" w14:textId="77777777" w:rsidR="00F13B86" w:rsidRDefault="00F13B86" w:rsidP="00F13B86">
      <w:pPr>
        <w:spacing w:after="80" w:line="360" w:lineRule="auto"/>
        <w:ind w:left="85" w:hanging="85"/>
        <w:rPr>
          <w:lang w:val="pt-PT"/>
        </w:rPr>
      </w:pPr>
    </w:p>
    <w:p w14:paraId="13DFADBF" w14:textId="79D161EA" w:rsidR="00726751" w:rsidRPr="00F13B86" w:rsidRDefault="00000000" w:rsidP="00F13B86">
      <w:pPr>
        <w:spacing w:after="80" w:line="360" w:lineRule="auto"/>
        <w:rPr>
          <w:lang w:val="pt-PT"/>
        </w:rPr>
      </w:pPr>
      <w:hyperlink r:id="rId8">
        <w:r w:rsidRPr="00F13B86">
          <w:rPr>
            <w:color w:val="176A93"/>
            <w:u w:val="single"/>
            <w:lang w:val="pt-PT"/>
          </w:rPr>
          <w:t>Con</w:t>
        </w:r>
        <w:r w:rsidRPr="00F13B86">
          <w:rPr>
            <w:color w:val="176A93"/>
            <w:u w:val="single"/>
            <w:lang w:val="pt-PT"/>
          </w:rPr>
          <w:t xml:space="preserve">sultar os recursos oficiais APA </w:t>
        </w:r>
        <w:proofErr w:type="spellStart"/>
        <w:r w:rsidRPr="00F13B86">
          <w:rPr>
            <w:color w:val="176A93"/>
            <w:u w:val="single"/>
            <w:lang w:val="pt-PT"/>
          </w:rPr>
          <w:t>Style</w:t>
        </w:r>
        <w:proofErr w:type="spellEnd"/>
      </w:hyperlink>
    </w:p>
    <w:sectPr w:rsidR="00726751" w:rsidRPr="00F13B86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943C8" w14:textId="77777777" w:rsidR="00785AA2" w:rsidRDefault="00785AA2">
      <w:pPr>
        <w:spacing w:after="0" w:line="240" w:lineRule="auto"/>
      </w:pPr>
      <w:r>
        <w:separator/>
      </w:r>
    </w:p>
  </w:endnote>
  <w:endnote w:type="continuationSeparator" w:id="0">
    <w:p w14:paraId="7DB52890" w14:textId="77777777" w:rsidR="00785AA2" w:rsidRDefault="0078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0172" w14:textId="77777777" w:rsidR="00726751" w:rsidRDefault="00726751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726751" w14:paraId="61B6DC0E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2E75BEA" w14:textId="77777777" w:rsidR="00726751" w:rsidRPr="00F13B86" w:rsidRDefault="00000000">
          <w:pPr>
            <w:rPr>
              <w:lang w:val="pt-PT"/>
            </w:rPr>
          </w:pPr>
          <w:r w:rsidRPr="00F13B86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0BDF042" w14:textId="77777777" w:rsidR="00726751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8AE3" w14:textId="77777777" w:rsidR="00726751" w:rsidRDefault="00726751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726751" w14:paraId="58BDAAAA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A27E8A0" w14:textId="77777777" w:rsidR="00726751" w:rsidRPr="00F13B86" w:rsidRDefault="00000000">
          <w:pPr>
            <w:rPr>
              <w:lang w:val="pt-PT"/>
            </w:rPr>
          </w:pPr>
          <w:r w:rsidRPr="00F13B86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8142AE1" w14:textId="77777777" w:rsidR="00726751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F13B86">
            <w:rPr>
              <w:rFonts w:eastAsia="Arial"/>
              <w:color w:val="66727A"/>
              <w:sz w:val="17"/>
            </w:rPr>
            <w:fldChar w:fldCharType="separate"/>
          </w:r>
          <w:r w:rsidR="00F13B86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1BC6" w14:textId="77777777" w:rsidR="00726751" w:rsidRDefault="00726751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726751" w14:paraId="14613D7B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2F043B0" w14:textId="77777777" w:rsidR="00726751" w:rsidRPr="00F13B86" w:rsidRDefault="00000000">
          <w:pPr>
            <w:rPr>
              <w:lang w:val="pt-PT"/>
            </w:rPr>
          </w:pPr>
          <w:r w:rsidRPr="00F13B86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66178B9" w14:textId="77777777" w:rsidR="00726751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5E21" w14:textId="77777777" w:rsidR="00785AA2" w:rsidRDefault="00785AA2">
      <w:pPr>
        <w:spacing w:after="0" w:line="240" w:lineRule="auto"/>
      </w:pPr>
      <w:r>
        <w:separator/>
      </w:r>
    </w:p>
  </w:footnote>
  <w:footnote w:type="continuationSeparator" w:id="0">
    <w:p w14:paraId="637205AF" w14:textId="77777777" w:rsidR="00785AA2" w:rsidRDefault="0078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B084" w14:textId="77777777" w:rsidR="00726751" w:rsidRDefault="00726751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726751" w:rsidRPr="00F13B86" w14:paraId="1838C295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18DF7E63" w14:textId="77777777" w:rsidR="00726751" w:rsidRDefault="00000000">
          <w:r>
            <w:rPr>
              <w:noProof/>
            </w:rPr>
            <w:drawing>
              <wp:inline distT="0" distB="0" distL="0" distR="0" wp14:anchorId="4A33EE9B" wp14:editId="45558C78">
                <wp:extent cx="420624" cy="408957"/>
                <wp:effectExtent l="0" t="0" r="0" b="0"/>
                <wp:docPr id="924015150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51006BEA" w14:textId="77777777" w:rsidR="00726751" w:rsidRPr="00F13B86" w:rsidRDefault="00000000">
          <w:pPr>
            <w:jc w:val="right"/>
            <w:rPr>
              <w:lang w:val="pt-PT"/>
            </w:rPr>
          </w:pPr>
          <w:r w:rsidRPr="00F13B86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F13B86">
            <w:rPr>
              <w:lang w:val="pt-PT"/>
            </w:rPr>
            <w:br/>
          </w:r>
          <w:r w:rsidRPr="00F13B86">
            <w:rPr>
              <w:rFonts w:eastAsia="Arial"/>
              <w:b/>
              <w:color w:val="3C8C4A"/>
              <w:sz w:val="15"/>
              <w:lang w:val="pt-PT"/>
            </w:rPr>
            <w:t>GUIA RÁPIDO — APA 7.ª EDIÇÃO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1DDC" w14:textId="77777777" w:rsidR="00726751" w:rsidRDefault="00726751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726751" w:rsidRPr="00F13B86" w14:paraId="59E8D51F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6EB512B" w14:textId="77777777" w:rsidR="00726751" w:rsidRDefault="00000000">
          <w:r>
            <w:rPr>
              <w:noProof/>
            </w:rPr>
            <w:drawing>
              <wp:inline distT="0" distB="0" distL="0" distR="0" wp14:anchorId="7DFAC177" wp14:editId="17DCE553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3C95CD11" w14:textId="693724EE" w:rsidR="00726751" w:rsidRPr="00F13B86" w:rsidRDefault="00000000">
          <w:pPr>
            <w:jc w:val="right"/>
            <w:rPr>
              <w:lang w:val="pt-PT"/>
            </w:rPr>
          </w:pPr>
          <w:r w:rsidRPr="00F13B86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F13B86">
            <w:rPr>
              <w:lang w:val="pt-PT"/>
            </w:rPr>
            <w:br/>
          </w:r>
          <w:r w:rsidRPr="00F13B86">
            <w:rPr>
              <w:rFonts w:eastAsia="Arial"/>
              <w:b/>
              <w:color w:val="3C8C4A"/>
              <w:sz w:val="15"/>
              <w:lang w:val="pt-PT"/>
            </w:rPr>
            <w:t>GUIA APA 7.ª EDIÇÃO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17C7" w14:textId="77777777" w:rsidR="00726751" w:rsidRDefault="00726751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726751" w:rsidRPr="00F13B86" w14:paraId="533D3BFE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966EEDB" w14:textId="77777777" w:rsidR="00726751" w:rsidRDefault="00000000">
          <w:r>
            <w:rPr>
              <w:noProof/>
            </w:rPr>
            <w:drawing>
              <wp:inline distT="0" distB="0" distL="0" distR="0" wp14:anchorId="105654A2" wp14:editId="5AF97629">
                <wp:extent cx="420624" cy="408957"/>
                <wp:effectExtent l="0" t="0" r="0" b="0"/>
                <wp:docPr id="50510803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CE61EEC" w14:textId="77777777" w:rsidR="00726751" w:rsidRPr="00F13B86" w:rsidRDefault="00000000">
          <w:pPr>
            <w:jc w:val="right"/>
            <w:rPr>
              <w:lang w:val="pt-PT"/>
            </w:rPr>
          </w:pPr>
          <w:r w:rsidRPr="00F13B86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F13B86">
            <w:rPr>
              <w:lang w:val="pt-PT"/>
            </w:rPr>
            <w:br/>
          </w:r>
          <w:r w:rsidRPr="00F13B86">
            <w:rPr>
              <w:rFonts w:eastAsia="Arial"/>
              <w:b/>
              <w:color w:val="3C8C4A"/>
              <w:sz w:val="15"/>
              <w:lang w:val="pt-PT"/>
            </w:rPr>
            <w:t>GUIA RÁPIDO — APA 7.ª EDIÇÃO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71300C"/>
    <w:multiLevelType w:val="singleLevel"/>
    <w:tmpl w:val="E826881E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abstractNum w:abstractNumId="10" w15:restartNumberingAfterBreak="0">
    <w:nsid w:val="0F887944"/>
    <w:multiLevelType w:val="singleLevel"/>
    <w:tmpl w:val="EE26C324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num w:numId="1" w16cid:durableId="214852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6751"/>
    <w:rsid w:val="00763AB3"/>
    <w:rsid w:val="00785AA2"/>
    <w:rsid w:val="00AA1D8D"/>
    <w:rsid w:val="00B47730"/>
    <w:rsid w:val="00CB0664"/>
    <w:rsid w:val="00F13B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DAABE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line="240" w:lineRule="auto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52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80" w:line="252" w:lineRule="auto"/>
    </w:pPr>
    <w:rPr>
      <w:rFonts w:ascii="Arial" w:hAnsi="Arial"/>
      <w:i/>
      <w:color w:val="66727A"/>
      <w:sz w:val="21"/>
    </w:rPr>
  </w:style>
  <w:style w:type="paragraph" w:customStyle="1" w:styleId="RPESMLabel">
    <w:name w:val="RPESM Label"/>
    <w:pPr>
      <w:spacing w:after="40" w:line="252" w:lineRule="auto"/>
    </w:pPr>
    <w:rPr>
      <w:rFonts w:ascii="Arial" w:hAnsi="Arial"/>
      <w:b/>
      <w:color w:val="174C6A"/>
      <w:sz w:val="21"/>
    </w:rPr>
  </w:style>
  <w:style w:type="paragraph" w:customStyle="1" w:styleId="RPESMCaption">
    <w:name w:val="RPESM Caption"/>
    <w:pPr>
      <w:spacing w:after="60" w:line="252" w:lineRule="auto"/>
    </w:pPr>
    <w:rPr>
      <w:rFonts w:ascii="Arial" w:hAnsi="Arial"/>
      <w:color w:val="263238"/>
      <w:sz w:val="18"/>
    </w:rPr>
  </w:style>
  <w:style w:type="paragraph" w:customStyle="1" w:styleId="RPESMSmall">
    <w:name w:val="RPESM Small"/>
    <w:pPr>
      <w:spacing w:after="40" w:line="252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52" w:lineRule="auto"/>
    </w:pPr>
    <w:rPr>
      <w:rFonts w:ascii="Arial" w:hAnsi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astyle.apa.org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2875</Characters>
  <Application>Microsoft Office Word</Application>
  <DocSecurity>0</DocSecurity>
  <Lines>61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Rápido — APA 7.ª edição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2026-08-14T19:31:00Z</dcterms:created>
  <dcterms:modified xsi:type="dcterms:W3CDTF">2026-08-14T19:31:00Z</dcterms:modified>
  <cp:category/>
</cp:coreProperties>
</file>