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4F7F3" w14:textId="77777777" w:rsidR="00B8212D" w:rsidRDefault="00000000">
      <w:pPr>
        <w:pStyle w:val="Ttulo"/>
        <w:jc w:val="left"/>
      </w:pPr>
      <w:r>
        <w:t>TEMPLATE DE MANUSCRITO ANONIMIZADO</w:t>
      </w:r>
    </w:p>
    <w:p w14:paraId="6CC90436" w14:textId="77777777" w:rsidR="00B8212D" w:rsidRDefault="00000000">
      <w:pPr>
        <w:pStyle w:val="Subttulo"/>
      </w:pPr>
      <w:r>
        <w:t>Artigo metodológico</w:t>
      </w:r>
    </w:p>
    <w:tbl>
      <w:tblPr>
        <w:tblW w:w="9072" w:type="dxa"/>
        <w:tblInd w:w="140" w:type="dxa"/>
        <w:tblBorders>
          <w:top w:val="nil"/>
          <w:left w:val="nil"/>
          <w:bottom w:val="nil"/>
          <w:right w:val="nil"/>
          <w:insideH w:val="nil"/>
          <w:insideV w:val="nil"/>
        </w:tblBorders>
        <w:tblLayout w:type="fixed"/>
        <w:tblLook w:val="04A0" w:firstRow="1" w:lastRow="0" w:firstColumn="1" w:lastColumn="0" w:noHBand="0" w:noVBand="1"/>
      </w:tblPr>
      <w:tblGrid>
        <w:gridCol w:w="9072"/>
      </w:tblGrid>
      <w:tr w:rsidR="00B8212D" w14:paraId="5C1701F0" w14:textId="77777777">
        <w:tc>
          <w:tcPr>
            <w:tcW w:w="9072" w:type="dxa"/>
            <w:tcBorders>
              <w:left w:val="single" w:sz="22" w:space="0" w:color="176A93"/>
            </w:tcBorders>
            <w:shd w:val="clear" w:color="auto" w:fill="EAF4F8"/>
            <w:tcMar>
              <w:top w:w="100" w:type="dxa"/>
              <w:left w:w="140" w:type="dxa"/>
              <w:bottom w:w="100" w:type="dxa"/>
              <w:right w:w="140" w:type="dxa"/>
            </w:tcMar>
          </w:tcPr>
          <w:p w14:paraId="76B36AD9" w14:textId="77777777" w:rsidR="00B8212D" w:rsidRDefault="00000000">
            <w:r>
              <w:rPr>
                <w:rFonts w:eastAsia="Arial"/>
                <w:color w:val="263238"/>
                <w:sz w:val="18"/>
              </w:rPr>
              <w:t>Utilizar para trabalhos sobre o desenvolvimento, tradução, adaptação cultural, validação, avaliação ou aplicação de métodos, instrumentos de medida, intervenções, classificações, modelos ou procedimentos de investigação. Aplicar as recomendações COSMIN aos estudos de propriedades de instrumentos de medida, quando pertinentes. Manter o ficheiro totalmente anonimizado e eliminar as instruções a cinzento antes da submissão.</w:t>
            </w:r>
          </w:p>
        </w:tc>
      </w:tr>
    </w:tbl>
    <w:p w14:paraId="79B23ECF" w14:textId="77777777" w:rsidR="00B8212D" w:rsidRDefault="00B8212D"/>
    <w:p w14:paraId="4620773F" w14:textId="77777777" w:rsidR="00B8212D" w:rsidRDefault="00000000">
      <w:pPr>
        <w:spacing w:after="120"/>
        <w:jc w:val="center"/>
      </w:pPr>
      <w:r>
        <w:rPr>
          <w:rFonts w:eastAsia="Arial"/>
          <w:b/>
          <w:i/>
          <w:color w:val="66727A"/>
          <w:sz w:val="26"/>
        </w:rPr>
        <w:t>[Título em português: Máximo de 16 palavras; sem abreviaturas]</w:t>
      </w:r>
    </w:p>
    <w:p w14:paraId="668B8307" w14:textId="77777777" w:rsidR="00B8212D" w:rsidRDefault="00000000">
      <w:pPr>
        <w:spacing w:after="120"/>
        <w:jc w:val="center"/>
      </w:pPr>
      <w:r>
        <w:rPr>
          <w:rFonts w:eastAsia="Arial"/>
          <w:b/>
          <w:i/>
          <w:color w:val="66727A"/>
          <w:sz w:val="26"/>
        </w:rPr>
        <w:t>[Title in English: Maximum 16 words; no abbreviations]</w:t>
      </w:r>
    </w:p>
    <w:p w14:paraId="112E86E7" w14:textId="77777777" w:rsidR="00B8212D" w:rsidRDefault="00000000">
      <w:pPr>
        <w:spacing w:after="120"/>
        <w:jc w:val="center"/>
      </w:pPr>
      <w:r>
        <w:rPr>
          <w:rFonts w:eastAsia="Arial"/>
          <w:b/>
          <w:i/>
          <w:color w:val="66727A"/>
          <w:sz w:val="26"/>
        </w:rPr>
        <w:t>[Título em espanhol: Máximo de 16 palabras; sin abreviaturas]</w:t>
      </w:r>
    </w:p>
    <w:p w14:paraId="40F9F9D9" w14:textId="77777777" w:rsidR="00B8212D" w:rsidRDefault="00000000">
      <w:pPr>
        <w:pStyle w:val="Ttulo1"/>
      </w:pPr>
      <w:r>
        <w:t>Resumo</w:t>
      </w:r>
    </w:p>
    <w:p w14:paraId="50F2E0EF" w14:textId="77777777" w:rsidR="00B8212D" w:rsidRDefault="00000000">
      <w:pPr>
        <w:pStyle w:val="RPESMInstruction"/>
      </w:pPr>
      <w:r>
        <w:t>Máximo de 250 palavras. Identificar a natureza metodológica do trabalho e incluir entre três e quatro descritores DeCS/MeSH.</w:t>
      </w:r>
    </w:p>
    <w:p w14:paraId="10AC0845" w14:textId="77777777" w:rsidR="00B8212D" w:rsidRDefault="00000000">
      <w:r>
        <w:rPr>
          <w:rFonts w:eastAsia="Arial"/>
          <w:b/>
        </w:rPr>
        <w:t xml:space="preserve">Enquadramento: </w:t>
      </w:r>
      <w:r>
        <w:rPr>
          <w:rFonts w:eastAsia="Arial"/>
          <w:i/>
          <w:color w:val="66727A"/>
        </w:rPr>
        <w:t>[Inserir texto]</w:t>
      </w:r>
    </w:p>
    <w:p w14:paraId="32C5F192" w14:textId="77777777" w:rsidR="00B8212D" w:rsidRDefault="00000000">
      <w:r>
        <w:rPr>
          <w:rFonts w:eastAsia="Arial"/>
          <w:b/>
        </w:rPr>
        <w:t xml:space="preserve">Objetivo: </w:t>
      </w:r>
      <w:r>
        <w:rPr>
          <w:rFonts w:eastAsia="Arial"/>
          <w:i/>
          <w:color w:val="66727A"/>
        </w:rPr>
        <w:t>[Inserir texto]</w:t>
      </w:r>
    </w:p>
    <w:p w14:paraId="6ED131D9" w14:textId="77777777" w:rsidR="00B8212D" w:rsidRDefault="00000000">
      <w:r>
        <w:rPr>
          <w:rFonts w:eastAsia="Arial"/>
          <w:b/>
        </w:rPr>
        <w:t xml:space="preserve">Metodologia: </w:t>
      </w:r>
      <w:r>
        <w:rPr>
          <w:rFonts w:eastAsia="Arial"/>
          <w:i/>
          <w:color w:val="66727A"/>
        </w:rPr>
        <w:t>[Inserir texto]</w:t>
      </w:r>
    </w:p>
    <w:p w14:paraId="6A723A6E" w14:textId="77777777" w:rsidR="00B8212D" w:rsidRDefault="00000000">
      <w:r>
        <w:rPr>
          <w:rFonts w:eastAsia="Arial"/>
          <w:b/>
        </w:rPr>
        <w:t xml:space="preserve">Resultados: </w:t>
      </w:r>
      <w:r>
        <w:rPr>
          <w:rFonts w:eastAsia="Arial"/>
          <w:i/>
          <w:color w:val="66727A"/>
        </w:rPr>
        <w:t>[Inserir texto]</w:t>
      </w:r>
    </w:p>
    <w:p w14:paraId="3B387DAE" w14:textId="77777777" w:rsidR="00B8212D" w:rsidRDefault="00000000">
      <w:r>
        <w:rPr>
          <w:rFonts w:eastAsia="Arial"/>
          <w:b/>
        </w:rPr>
        <w:t xml:space="preserve">Conclusão: </w:t>
      </w:r>
      <w:r>
        <w:rPr>
          <w:rFonts w:eastAsia="Arial"/>
          <w:i/>
          <w:color w:val="66727A"/>
        </w:rPr>
        <w:t>[Inserir texto]</w:t>
      </w:r>
    </w:p>
    <w:p w14:paraId="013A4F63" w14:textId="77777777" w:rsidR="00B8212D" w:rsidRDefault="00000000">
      <w:pPr>
        <w:spacing w:after="80"/>
      </w:pPr>
      <w:r>
        <w:rPr>
          <w:rFonts w:eastAsia="Arial"/>
          <w:b/>
        </w:rPr>
        <w:t xml:space="preserve">Palavras-chave: </w:t>
      </w:r>
      <w:r>
        <w:rPr>
          <w:rFonts w:eastAsia="Arial"/>
          <w:i/>
          <w:color w:val="66727A"/>
        </w:rPr>
        <w:t>[Inserir entre três e quatro descritores normalizados, separados por ponto e vírgula]</w:t>
      </w:r>
    </w:p>
    <w:p w14:paraId="35042DE8" w14:textId="77777777" w:rsidR="00B8212D" w:rsidRDefault="00000000">
      <w:pPr>
        <w:pStyle w:val="Ttulo1"/>
      </w:pPr>
      <w:r>
        <w:t>Abstract</w:t>
      </w:r>
    </w:p>
    <w:p w14:paraId="7C61E5CF" w14:textId="77777777" w:rsidR="00B8212D" w:rsidRDefault="00000000">
      <w:pPr>
        <w:pStyle w:val="RPESMInstruction"/>
      </w:pPr>
      <w:r>
        <w:t>Maximum 250 words. Identify the methodological nature of the study and include three to four MeSH terms.</w:t>
      </w:r>
    </w:p>
    <w:p w14:paraId="52BA3B4F" w14:textId="77777777" w:rsidR="00B8212D" w:rsidRDefault="00000000">
      <w:r>
        <w:rPr>
          <w:rFonts w:eastAsia="Arial"/>
          <w:b/>
        </w:rPr>
        <w:t xml:space="preserve">Background: </w:t>
      </w:r>
      <w:r>
        <w:rPr>
          <w:rFonts w:eastAsia="Arial"/>
          <w:i/>
          <w:color w:val="66727A"/>
        </w:rPr>
        <w:t>[Insert text]</w:t>
      </w:r>
    </w:p>
    <w:p w14:paraId="4D8226BB" w14:textId="77777777" w:rsidR="00B8212D" w:rsidRDefault="00000000">
      <w:r>
        <w:rPr>
          <w:rFonts w:eastAsia="Arial"/>
          <w:b/>
        </w:rPr>
        <w:t xml:space="preserve">Aim: </w:t>
      </w:r>
      <w:r>
        <w:rPr>
          <w:rFonts w:eastAsia="Arial"/>
          <w:i/>
          <w:color w:val="66727A"/>
        </w:rPr>
        <w:t>[Insert text]</w:t>
      </w:r>
    </w:p>
    <w:p w14:paraId="1514B664" w14:textId="77777777" w:rsidR="00B8212D" w:rsidRDefault="00000000">
      <w:r>
        <w:rPr>
          <w:rFonts w:eastAsia="Arial"/>
          <w:b/>
        </w:rPr>
        <w:t xml:space="preserve">Methods: </w:t>
      </w:r>
      <w:r>
        <w:rPr>
          <w:rFonts w:eastAsia="Arial"/>
          <w:i/>
          <w:color w:val="66727A"/>
        </w:rPr>
        <w:t>[Insert text]</w:t>
      </w:r>
    </w:p>
    <w:p w14:paraId="56A5E7BA" w14:textId="77777777" w:rsidR="00B8212D" w:rsidRDefault="00000000">
      <w:r>
        <w:rPr>
          <w:rFonts w:eastAsia="Arial"/>
          <w:b/>
        </w:rPr>
        <w:t xml:space="preserve">Results: </w:t>
      </w:r>
      <w:r>
        <w:rPr>
          <w:rFonts w:eastAsia="Arial"/>
          <w:i/>
          <w:color w:val="66727A"/>
        </w:rPr>
        <w:t>[Insert text]</w:t>
      </w:r>
    </w:p>
    <w:p w14:paraId="35B7BCC3" w14:textId="77777777" w:rsidR="00B8212D" w:rsidRDefault="00000000">
      <w:r>
        <w:rPr>
          <w:rFonts w:eastAsia="Arial"/>
          <w:b/>
        </w:rPr>
        <w:t xml:space="preserve">Conclusion: </w:t>
      </w:r>
      <w:r>
        <w:rPr>
          <w:rFonts w:eastAsia="Arial"/>
          <w:i/>
          <w:color w:val="66727A"/>
        </w:rPr>
        <w:t>[Insert text]</w:t>
      </w:r>
    </w:p>
    <w:p w14:paraId="64D157C9" w14:textId="77777777" w:rsidR="00B8212D" w:rsidRDefault="00000000">
      <w:pPr>
        <w:spacing w:after="80"/>
      </w:pPr>
      <w:r>
        <w:rPr>
          <w:rFonts w:eastAsia="Arial"/>
          <w:b/>
        </w:rPr>
        <w:t xml:space="preserve">Keywords: </w:t>
      </w:r>
      <w:r>
        <w:rPr>
          <w:rFonts w:eastAsia="Arial"/>
          <w:i/>
          <w:color w:val="66727A"/>
        </w:rPr>
        <w:t>[Insert three to four controlled terms, separated by semicolons]</w:t>
      </w:r>
    </w:p>
    <w:p w14:paraId="4E2196C8" w14:textId="77777777" w:rsidR="00B8212D" w:rsidRDefault="00000000">
      <w:pPr>
        <w:pStyle w:val="Ttulo1"/>
      </w:pPr>
      <w:r>
        <w:t>Resumen</w:t>
      </w:r>
    </w:p>
    <w:p w14:paraId="79A24B8C" w14:textId="77777777" w:rsidR="00B8212D" w:rsidRDefault="00000000">
      <w:pPr>
        <w:pStyle w:val="RPESMInstruction"/>
      </w:pPr>
      <w:r>
        <w:t>Máximo de 250 palabras. Identificar la naturaleza metodológica del estudio e incluir entre tres y cuatro descriptores DeCS/MeSH.</w:t>
      </w:r>
    </w:p>
    <w:p w14:paraId="62393258" w14:textId="77777777" w:rsidR="00B8212D" w:rsidRDefault="00000000">
      <w:r>
        <w:rPr>
          <w:rFonts w:eastAsia="Arial"/>
          <w:b/>
        </w:rPr>
        <w:t xml:space="preserve">Contexto: </w:t>
      </w:r>
      <w:r>
        <w:rPr>
          <w:rFonts w:eastAsia="Arial"/>
          <w:i/>
          <w:color w:val="66727A"/>
        </w:rPr>
        <w:t>[Insertar texto]</w:t>
      </w:r>
    </w:p>
    <w:p w14:paraId="474D36CE" w14:textId="77777777" w:rsidR="00B8212D" w:rsidRDefault="00000000">
      <w:r>
        <w:rPr>
          <w:rFonts w:eastAsia="Arial"/>
          <w:b/>
        </w:rPr>
        <w:t xml:space="preserve">Objetivo: </w:t>
      </w:r>
      <w:r>
        <w:rPr>
          <w:rFonts w:eastAsia="Arial"/>
          <w:i/>
          <w:color w:val="66727A"/>
        </w:rPr>
        <w:t>[Insertar texto]</w:t>
      </w:r>
    </w:p>
    <w:p w14:paraId="783C58B2" w14:textId="77777777" w:rsidR="00B8212D" w:rsidRDefault="00000000">
      <w:r>
        <w:rPr>
          <w:rFonts w:eastAsia="Arial"/>
          <w:b/>
        </w:rPr>
        <w:t xml:space="preserve">Metodología: </w:t>
      </w:r>
      <w:r>
        <w:rPr>
          <w:rFonts w:eastAsia="Arial"/>
          <w:i/>
          <w:color w:val="66727A"/>
        </w:rPr>
        <w:t>[Insertar texto]</w:t>
      </w:r>
    </w:p>
    <w:p w14:paraId="3E239907" w14:textId="77777777" w:rsidR="00B8212D" w:rsidRDefault="00000000">
      <w:r>
        <w:rPr>
          <w:rFonts w:eastAsia="Arial"/>
          <w:b/>
        </w:rPr>
        <w:t xml:space="preserve">Resultados: </w:t>
      </w:r>
      <w:r>
        <w:rPr>
          <w:rFonts w:eastAsia="Arial"/>
          <w:i/>
          <w:color w:val="66727A"/>
        </w:rPr>
        <w:t>[Insertar texto]</w:t>
      </w:r>
    </w:p>
    <w:p w14:paraId="76B27ED3" w14:textId="77777777" w:rsidR="00B8212D" w:rsidRDefault="00000000">
      <w:r>
        <w:rPr>
          <w:rFonts w:eastAsia="Arial"/>
          <w:b/>
        </w:rPr>
        <w:t xml:space="preserve">Conclusión: </w:t>
      </w:r>
      <w:r>
        <w:rPr>
          <w:rFonts w:eastAsia="Arial"/>
          <w:i/>
          <w:color w:val="66727A"/>
        </w:rPr>
        <w:t>[Insertar texto]</w:t>
      </w:r>
    </w:p>
    <w:p w14:paraId="38B86A53" w14:textId="77777777" w:rsidR="00B8212D" w:rsidRDefault="00000000">
      <w:pPr>
        <w:spacing w:after="80"/>
      </w:pPr>
      <w:r>
        <w:rPr>
          <w:rFonts w:eastAsia="Arial"/>
          <w:b/>
        </w:rPr>
        <w:t xml:space="preserve">Palabras clave: </w:t>
      </w:r>
      <w:r>
        <w:rPr>
          <w:rFonts w:eastAsia="Arial"/>
          <w:i/>
          <w:color w:val="66727A"/>
        </w:rPr>
        <w:t>[Insertar entre tres y cuatro descriptores normalizados, separados por punto y coma]</w:t>
      </w:r>
    </w:p>
    <w:p w14:paraId="15D3CDCB" w14:textId="77777777" w:rsidR="00B8212D" w:rsidRDefault="00000000">
      <w:pPr>
        <w:pStyle w:val="Ttulo1"/>
      </w:pPr>
      <w:r>
        <w:lastRenderedPageBreak/>
        <w:t>Introdução</w:t>
      </w:r>
    </w:p>
    <w:p w14:paraId="798A9DD7" w14:textId="77777777" w:rsidR="00B8212D" w:rsidRDefault="00000000">
      <w:pPr>
        <w:pStyle w:val="RPESMPlaceholder"/>
      </w:pPr>
      <w:r>
        <w:t>[Apresentar o problema, a lacuna metodológica, a relevância para a Enfermagem de Saúde Mental e Psiquiátrica e o objetivo do trabalho.]</w:t>
      </w:r>
    </w:p>
    <w:p w14:paraId="55D62AAE" w14:textId="77777777" w:rsidR="00B8212D" w:rsidRDefault="00000000">
      <w:pPr>
        <w:pStyle w:val="Ttulo1"/>
      </w:pPr>
      <w:r>
        <w:t>Metodologia</w:t>
      </w:r>
    </w:p>
    <w:p w14:paraId="14302C81" w14:textId="77777777" w:rsidR="00B8212D" w:rsidRDefault="00000000">
      <w:pPr>
        <w:pStyle w:val="RPESMPlaceholder"/>
      </w:pPr>
      <w:r>
        <w:t>[Identificar o desenho metodológico, o contexto, as fases do estudo e a diretriz de relato utilizada.]</w:t>
      </w:r>
    </w:p>
    <w:p w14:paraId="17281BCB" w14:textId="77777777" w:rsidR="00B8212D" w:rsidRDefault="00000000">
      <w:pPr>
        <w:pStyle w:val="Ttulo2"/>
      </w:pPr>
      <w:r>
        <w:t>Fundamento e finalidade do método ou instrumento</w:t>
      </w:r>
    </w:p>
    <w:p w14:paraId="78BF06CC" w14:textId="77777777" w:rsidR="00B8212D" w:rsidRDefault="00000000">
      <w:pPr>
        <w:pStyle w:val="RPESMPlaceholder"/>
      </w:pPr>
      <w:r>
        <w:t>[Explicar o constructo, modelo ou procedimento e a finalidade prevista.]</w:t>
      </w:r>
    </w:p>
    <w:p w14:paraId="5374A7F6" w14:textId="77777777" w:rsidR="00B8212D" w:rsidRDefault="00000000">
      <w:pPr>
        <w:pStyle w:val="Ttulo2"/>
      </w:pPr>
      <w:r>
        <w:t>Processo de desenvolvimento, tradução ou adaptação</w:t>
      </w:r>
    </w:p>
    <w:p w14:paraId="3D5C58EA" w14:textId="77777777" w:rsidR="00B8212D" w:rsidRDefault="00000000">
      <w:pPr>
        <w:pStyle w:val="RPESMPlaceholder"/>
      </w:pPr>
      <w:r>
        <w:t>[Descrever, conforme aplicável, as fases, os participantes, os peritos, a equivalência conceptual e cultural e os procedimentos de consenso.]</w:t>
      </w:r>
    </w:p>
    <w:p w14:paraId="1ACBECF7" w14:textId="77777777" w:rsidR="00B8212D" w:rsidRDefault="00000000">
      <w:pPr>
        <w:pStyle w:val="Ttulo2"/>
      </w:pPr>
      <w:r>
        <w:t>População e amostra</w:t>
      </w:r>
    </w:p>
    <w:p w14:paraId="1C4E7F0C" w14:textId="77777777" w:rsidR="00B8212D" w:rsidRDefault="00000000">
      <w:pPr>
        <w:pStyle w:val="RPESMPlaceholder"/>
      </w:pPr>
      <w:r>
        <w:t>[Descrever população-alvo, recrutamento, critérios de elegibilidade, dimensão e fundamentação da amostra.]</w:t>
      </w:r>
    </w:p>
    <w:p w14:paraId="0A6CB57F" w14:textId="77777777" w:rsidR="00B8212D" w:rsidRDefault="00000000">
      <w:pPr>
        <w:pStyle w:val="Ttulo2"/>
      </w:pPr>
      <w:r>
        <w:t>Procedimentos de recolha de dados</w:t>
      </w:r>
    </w:p>
    <w:p w14:paraId="077B7D37" w14:textId="77777777" w:rsidR="00B8212D" w:rsidRDefault="00000000">
      <w:pPr>
        <w:pStyle w:val="RPESMPlaceholder"/>
      </w:pPr>
      <w:r>
        <w:t>[Descrever instrumentos, momentos, condições de aplicação, formação dos avaliadores e controlo de qualidade.]</w:t>
      </w:r>
    </w:p>
    <w:p w14:paraId="277F63AD" w14:textId="77777777" w:rsidR="00B8212D" w:rsidRDefault="00000000">
      <w:pPr>
        <w:pStyle w:val="Ttulo2"/>
      </w:pPr>
      <w:r>
        <w:t>Propriedades ou resultados avaliados</w:t>
      </w:r>
    </w:p>
    <w:p w14:paraId="5D1F9C44" w14:textId="77777777" w:rsidR="00B8212D" w:rsidRDefault="00000000">
      <w:pPr>
        <w:pStyle w:val="RPESMPlaceholder"/>
      </w:pPr>
      <w:r>
        <w:t>[Definir validade, fiabilidade, responsividade, interpretabilidade, viabilidade ou outros resultados avaliados.]</w:t>
      </w:r>
    </w:p>
    <w:p w14:paraId="20BAD44A" w14:textId="77777777" w:rsidR="00B8212D" w:rsidRDefault="00000000">
      <w:pPr>
        <w:pStyle w:val="Ttulo2"/>
      </w:pPr>
      <w:r>
        <w:t>Análise dos dados</w:t>
      </w:r>
    </w:p>
    <w:p w14:paraId="3A6EF0D4" w14:textId="77777777" w:rsidR="00B8212D" w:rsidRDefault="00000000">
      <w:pPr>
        <w:pStyle w:val="RPESMPlaceholder"/>
      </w:pPr>
      <w:r>
        <w:t>[Descrever os métodos quantitativos e/ou qualitativos, pressupostos, critérios de decisão, software e tratamento de dados omissos.]</w:t>
      </w:r>
    </w:p>
    <w:p w14:paraId="4D19B59A" w14:textId="77777777" w:rsidR="00B8212D" w:rsidRDefault="00000000">
      <w:pPr>
        <w:pStyle w:val="Ttulo2"/>
      </w:pPr>
      <w:r>
        <w:t>Considerações éticas</w:t>
      </w:r>
    </w:p>
    <w:p w14:paraId="6E58C4D0" w14:textId="77777777" w:rsidR="00B8212D" w:rsidRDefault="00000000">
      <w:pPr>
        <w:pStyle w:val="RPESMPlaceholder"/>
      </w:pPr>
      <w:r>
        <w:t>[Descrever aprovação ética, consentimento, proteção de dados e outras salvaguardas; anonimizar instituições durante a revisão.]</w:t>
      </w:r>
    </w:p>
    <w:p w14:paraId="5E8340AB" w14:textId="77777777" w:rsidR="00B8212D" w:rsidRDefault="00000000">
      <w:pPr>
        <w:pStyle w:val="Ttulo1"/>
      </w:pPr>
      <w:r>
        <w:t>Resultados</w:t>
      </w:r>
    </w:p>
    <w:p w14:paraId="6C54C98B" w14:textId="77777777" w:rsidR="00B8212D" w:rsidRDefault="00000000">
      <w:pPr>
        <w:pStyle w:val="RPESMPlaceholder"/>
      </w:pPr>
      <w:r>
        <w:t>[Apresentar os resultados de cada fase e de cada propriedade avaliada, com estimativas de precisão quando aplicável. Utilizar tabelas e figuras apenas quando acrescentem clareza.]</w:t>
      </w:r>
    </w:p>
    <w:p w14:paraId="0BC4C925" w14:textId="77777777" w:rsidR="00B8212D" w:rsidRDefault="00000000">
      <w:pPr>
        <w:pStyle w:val="Ttulo2"/>
      </w:pPr>
      <w:r>
        <w:t>Exemplo de tabela</w:t>
      </w:r>
    </w:p>
    <w:p w14:paraId="1765366F" w14:textId="77777777" w:rsidR="00B8212D" w:rsidRDefault="00000000">
      <w:pPr>
        <w:pStyle w:val="RPESMCaption"/>
      </w:pPr>
      <w:r>
        <w:rPr>
          <w:rFonts w:eastAsia="Arial"/>
          <w:b/>
        </w:rPr>
        <w:t>Tabela 1</w:t>
      </w:r>
      <w:r>
        <w:rPr>
          <w:rFonts w:eastAsia="Arial"/>
          <w:b/>
        </w:rPr>
        <w:br/>
      </w:r>
      <w:r>
        <w:rPr>
          <w:rFonts w:eastAsia="Arial"/>
          <w:i/>
        </w:rPr>
        <w:t>Título conciso e informativo da tabela</w:t>
      </w:r>
    </w:p>
    <w:tbl>
      <w:tblPr>
        <w:tblW w:w="9072" w:type="dxa"/>
        <w:tblInd w:w="90" w:type="dxa"/>
        <w:tblBorders>
          <w:top w:val="single" w:sz="4" w:space="0" w:color="AEBFC7"/>
          <w:left w:val="single" w:sz="4" w:space="0" w:color="AEBFC7"/>
          <w:bottom w:val="single" w:sz="4" w:space="0" w:color="AEBFC7"/>
          <w:right w:val="single" w:sz="4" w:space="0" w:color="AEBFC7"/>
          <w:insideH w:val="single" w:sz="4" w:space="0" w:color="AEBFC7"/>
          <w:insideV w:val="single" w:sz="4" w:space="0" w:color="AEBFC7"/>
        </w:tblBorders>
        <w:tblLayout w:type="fixed"/>
        <w:tblLook w:val="04A0" w:firstRow="1" w:lastRow="0" w:firstColumn="1" w:lastColumn="0" w:noHBand="0" w:noVBand="1"/>
      </w:tblPr>
      <w:tblGrid>
        <w:gridCol w:w="4447"/>
        <w:gridCol w:w="2312"/>
        <w:gridCol w:w="2313"/>
      </w:tblGrid>
      <w:tr w:rsidR="00B8212D" w14:paraId="4A1CE022" w14:textId="77777777">
        <w:trPr>
          <w:cantSplit/>
          <w:tblHeader/>
        </w:trPr>
        <w:tc>
          <w:tcPr>
            <w:tcW w:w="4447" w:type="dxa"/>
            <w:shd w:val="clear" w:color="auto" w:fill="EAF4F8"/>
            <w:tcMar>
              <w:top w:w="70" w:type="dxa"/>
              <w:left w:w="90" w:type="dxa"/>
              <w:bottom w:w="70" w:type="dxa"/>
              <w:right w:w="90" w:type="dxa"/>
            </w:tcMar>
            <w:vAlign w:val="center"/>
          </w:tcPr>
          <w:p w14:paraId="20E5F753" w14:textId="77777777" w:rsidR="00B8212D" w:rsidRDefault="00000000">
            <w:pPr>
              <w:jc w:val="left"/>
            </w:pPr>
            <w:r>
              <w:rPr>
                <w:rFonts w:eastAsia="Arial"/>
                <w:sz w:val="18"/>
              </w:rPr>
              <w:t>Variável</w:t>
            </w:r>
          </w:p>
        </w:tc>
        <w:tc>
          <w:tcPr>
            <w:tcW w:w="2312" w:type="dxa"/>
            <w:shd w:val="clear" w:color="auto" w:fill="EAF4F8"/>
            <w:tcMar>
              <w:top w:w="70" w:type="dxa"/>
              <w:left w:w="90" w:type="dxa"/>
              <w:bottom w:w="70" w:type="dxa"/>
              <w:right w:w="90" w:type="dxa"/>
            </w:tcMar>
            <w:vAlign w:val="center"/>
          </w:tcPr>
          <w:p w14:paraId="314DEB11" w14:textId="77777777" w:rsidR="00B8212D" w:rsidRDefault="00000000">
            <w:pPr>
              <w:jc w:val="center"/>
            </w:pPr>
            <w:r>
              <w:rPr>
                <w:rFonts w:eastAsia="Arial"/>
                <w:sz w:val="18"/>
              </w:rPr>
              <w:t>Grupo 1</w:t>
            </w:r>
          </w:p>
        </w:tc>
        <w:tc>
          <w:tcPr>
            <w:tcW w:w="2313" w:type="dxa"/>
            <w:shd w:val="clear" w:color="auto" w:fill="EAF4F8"/>
            <w:tcMar>
              <w:top w:w="70" w:type="dxa"/>
              <w:left w:w="90" w:type="dxa"/>
              <w:bottom w:w="70" w:type="dxa"/>
              <w:right w:w="90" w:type="dxa"/>
            </w:tcMar>
            <w:vAlign w:val="center"/>
          </w:tcPr>
          <w:p w14:paraId="153FC2B2" w14:textId="77777777" w:rsidR="00B8212D" w:rsidRDefault="00000000">
            <w:pPr>
              <w:jc w:val="center"/>
            </w:pPr>
            <w:r>
              <w:rPr>
                <w:rFonts w:eastAsia="Arial"/>
                <w:sz w:val="18"/>
              </w:rPr>
              <w:t>Grupo 2</w:t>
            </w:r>
          </w:p>
        </w:tc>
      </w:tr>
      <w:tr w:rsidR="00B8212D" w14:paraId="066A2F9D" w14:textId="77777777">
        <w:trPr>
          <w:cantSplit/>
        </w:trPr>
        <w:tc>
          <w:tcPr>
            <w:tcW w:w="4447" w:type="dxa"/>
            <w:tcMar>
              <w:top w:w="70" w:type="dxa"/>
              <w:left w:w="90" w:type="dxa"/>
              <w:bottom w:w="70" w:type="dxa"/>
              <w:right w:w="90" w:type="dxa"/>
            </w:tcMar>
            <w:vAlign w:val="center"/>
          </w:tcPr>
          <w:p w14:paraId="50CF5E67" w14:textId="77777777" w:rsidR="00B8212D" w:rsidRDefault="00000000">
            <w:pPr>
              <w:jc w:val="left"/>
            </w:pPr>
            <w:r>
              <w:rPr>
                <w:rFonts w:eastAsia="Arial"/>
                <w:sz w:val="18"/>
              </w:rPr>
              <w:t>[Variável 1]</w:t>
            </w:r>
          </w:p>
        </w:tc>
        <w:tc>
          <w:tcPr>
            <w:tcW w:w="2312" w:type="dxa"/>
            <w:tcMar>
              <w:top w:w="70" w:type="dxa"/>
              <w:left w:w="90" w:type="dxa"/>
              <w:bottom w:w="70" w:type="dxa"/>
              <w:right w:w="90" w:type="dxa"/>
            </w:tcMar>
            <w:vAlign w:val="center"/>
          </w:tcPr>
          <w:p w14:paraId="3E657E65" w14:textId="77777777" w:rsidR="00B8212D" w:rsidRDefault="00000000">
            <w:pPr>
              <w:jc w:val="center"/>
            </w:pPr>
            <w:r>
              <w:rPr>
                <w:rFonts w:eastAsia="Arial"/>
                <w:sz w:val="18"/>
              </w:rPr>
              <w:t>[valor]</w:t>
            </w:r>
          </w:p>
        </w:tc>
        <w:tc>
          <w:tcPr>
            <w:tcW w:w="2313" w:type="dxa"/>
            <w:tcMar>
              <w:top w:w="70" w:type="dxa"/>
              <w:left w:w="90" w:type="dxa"/>
              <w:bottom w:w="70" w:type="dxa"/>
              <w:right w:w="90" w:type="dxa"/>
            </w:tcMar>
            <w:vAlign w:val="center"/>
          </w:tcPr>
          <w:p w14:paraId="56AEAE86" w14:textId="77777777" w:rsidR="00B8212D" w:rsidRDefault="00000000">
            <w:pPr>
              <w:jc w:val="center"/>
            </w:pPr>
            <w:r>
              <w:rPr>
                <w:rFonts w:eastAsia="Arial"/>
                <w:sz w:val="18"/>
              </w:rPr>
              <w:t>[valor]</w:t>
            </w:r>
          </w:p>
        </w:tc>
      </w:tr>
      <w:tr w:rsidR="00B8212D" w14:paraId="31CA24E4" w14:textId="77777777">
        <w:trPr>
          <w:cantSplit/>
        </w:trPr>
        <w:tc>
          <w:tcPr>
            <w:tcW w:w="4447" w:type="dxa"/>
            <w:tcMar>
              <w:top w:w="70" w:type="dxa"/>
              <w:left w:w="90" w:type="dxa"/>
              <w:bottom w:w="70" w:type="dxa"/>
              <w:right w:w="90" w:type="dxa"/>
            </w:tcMar>
            <w:vAlign w:val="center"/>
          </w:tcPr>
          <w:p w14:paraId="32B140D9" w14:textId="77777777" w:rsidR="00B8212D" w:rsidRDefault="00000000">
            <w:pPr>
              <w:jc w:val="left"/>
            </w:pPr>
            <w:r>
              <w:rPr>
                <w:rFonts w:eastAsia="Arial"/>
                <w:sz w:val="18"/>
              </w:rPr>
              <w:t>[Variável 2]</w:t>
            </w:r>
          </w:p>
        </w:tc>
        <w:tc>
          <w:tcPr>
            <w:tcW w:w="2312" w:type="dxa"/>
            <w:tcMar>
              <w:top w:w="70" w:type="dxa"/>
              <w:left w:w="90" w:type="dxa"/>
              <w:bottom w:w="70" w:type="dxa"/>
              <w:right w:w="90" w:type="dxa"/>
            </w:tcMar>
            <w:vAlign w:val="center"/>
          </w:tcPr>
          <w:p w14:paraId="5511A21E" w14:textId="77777777" w:rsidR="00B8212D" w:rsidRDefault="00000000">
            <w:pPr>
              <w:jc w:val="center"/>
            </w:pPr>
            <w:r>
              <w:rPr>
                <w:rFonts w:eastAsia="Arial"/>
                <w:sz w:val="18"/>
              </w:rPr>
              <w:t>[valor]</w:t>
            </w:r>
          </w:p>
        </w:tc>
        <w:tc>
          <w:tcPr>
            <w:tcW w:w="2313" w:type="dxa"/>
            <w:tcMar>
              <w:top w:w="70" w:type="dxa"/>
              <w:left w:w="90" w:type="dxa"/>
              <w:bottom w:w="70" w:type="dxa"/>
              <w:right w:w="90" w:type="dxa"/>
            </w:tcMar>
            <w:vAlign w:val="center"/>
          </w:tcPr>
          <w:p w14:paraId="20853836" w14:textId="77777777" w:rsidR="00B8212D" w:rsidRDefault="00000000">
            <w:pPr>
              <w:jc w:val="center"/>
            </w:pPr>
            <w:r>
              <w:rPr>
                <w:rFonts w:eastAsia="Arial"/>
                <w:sz w:val="18"/>
              </w:rPr>
              <w:t>[valor]</w:t>
            </w:r>
          </w:p>
        </w:tc>
      </w:tr>
    </w:tbl>
    <w:p w14:paraId="32F61E4A" w14:textId="77777777" w:rsidR="00B8212D" w:rsidRDefault="00000000">
      <w:pPr>
        <w:pStyle w:val="RPESMCaption"/>
        <w:spacing w:before="60"/>
      </w:pPr>
      <w:r>
        <w:lastRenderedPageBreak/>
        <w:t>Nota. Definir abreviaturas e indicar a fonte quando a tabela não for original.</w:t>
      </w:r>
    </w:p>
    <w:p w14:paraId="26F4C018" w14:textId="77777777" w:rsidR="00B8212D" w:rsidRDefault="00000000">
      <w:pPr>
        <w:pStyle w:val="Ttulo2"/>
      </w:pPr>
      <w:r>
        <w:t>Exemplo de figura</w:t>
      </w:r>
    </w:p>
    <w:p w14:paraId="167A2FF0" w14:textId="77777777" w:rsidR="00B8212D" w:rsidRDefault="00000000">
      <w:pPr>
        <w:pStyle w:val="RPESMPlaceholder"/>
      </w:pPr>
      <w:r>
        <w:t>[Inserir a figura com resolução e legibilidade adequadas.]</w:t>
      </w:r>
    </w:p>
    <w:p w14:paraId="688DCE25" w14:textId="77777777" w:rsidR="00B8212D" w:rsidRDefault="00000000">
      <w:pPr>
        <w:pStyle w:val="RPESMCaption"/>
      </w:pPr>
      <w:r>
        <w:rPr>
          <w:rFonts w:eastAsia="Arial"/>
          <w:b/>
        </w:rPr>
        <w:t xml:space="preserve">Figura 1. </w:t>
      </w:r>
      <w:r>
        <w:rPr>
          <w:rFonts w:eastAsia="Arial"/>
        </w:rPr>
        <w:t>Título ou legenda da figura. Indicar a fonte e a autorização de reprodução, quando aplicável.</w:t>
      </w:r>
    </w:p>
    <w:p w14:paraId="232A57FB" w14:textId="77777777" w:rsidR="00B8212D" w:rsidRDefault="00000000">
      <w:pPr>
        <w:pStyle w:val="Ttulo1"/>
      </w:pPr>
      <w:r>
        <w:t>Discussão</w:t>
      </w:r>
    </w:p>
    <w:p w14:paraId="2A7DF94C" w14:textId="77777777" w:rsidR="00B8212D" w:rsidRDefault="00000000">
      <w:pPr>
        <w:pStyle w:val="RPESMPlaceholder"/>
      </w:pPr>
      <w:r>
        <w:t>[Interpretar os resultados face ao objetivo, aos critérios metodológicos adotados e à evidência existente; discutir aplicabilidade e consequências para utilização futura.]</w:t>
      </w:r>
    </w:p>
    <w:p w14:paraId="3DD1AC88" w14:textId="77777777" w:rsidR="00B8212D" w:rsidRDefault="00000000">
      <w:pPr>
        <w:pStyle w:val="Ttulo2"/>
      </w:pPr>
      <w:r>
        <w:t>Limitações</w:t>
      </w:r>
    </w:p>
    <w:p w14:paraId="2FD4A1AB" w14:textId="77777777" w:rsidR="00B8212D" w:rsidRDefault="00000000">
      <w:pPr>
        <w:pStyle w:val="RPESMPlaceholder"/>
      </w:pPr>
      <w:r>
        <w:t>[Identificar limitações do desenvolvimento, validação, amostra, análises e generalização ou transferibilidade.]</w:t>
      </w:r>
    </w:p>
    <w:p w14:paraId="0B4AE2CF" w14:textId="77777777" w:rsidR="00B8212D" w:rsidRDefault="00000000">
      <w:pPr>
        <w:pStyle w:val="Ttulo1"/>
      </w:pPr>
      <w:r>
        <w:t>Conclusão</w:t>
      </w:r>
    </w:p>
    <w:p w14:paraId="52EBCFD4" w14:textId="77777777" w:rsidR="00B8212D" w:rsidRDefault="00000000">
      <w:pPr>
        <w:pStyle w:val="RPESMPlaceholder"/>
      </w:pPr>
      <w:r>
        <w:t>[Responder ao objetivo e indicar, sem extrapolação, em que condições o método, instrumento ou procedimento pode ser utilizado.]</w:t>
      </w:r>
    </w:p>
    <w:p w14:paraId="3B90CD6F" w14:textId="77777777" w:rsidR="00B8212D" w:rsidRDefault="00000000">
      <w:pPr>
        <w:pStyle w:val="Ttulo1"/>
      </w:pPr>
      <w:r>
        <w:t>Implicações para a prática clínica</w:t>
      </w:r>
    </w:p>
    <w:p w14:paraId="3D25F7DC" w14:textId="77777777" w:rsidR="00B8212D" w:rsidRDefault="00000000">
      <w:pPr>
        <w:pStyle w:val="RPESMPlaceholder"/>
      </w:pPr>
      <w:r>
        <w:t>[Explicitar implicações para os cuidados, a avaliação, a investigação, o ensino, a gestão ou as políticas de saúde mental.]</w:t>
      </w:r>
    </w:p>
    <w:p w14:paraId="74A29945" w14:textId="77777777" w:rsidR="00B8212D" w:rsidRDefault="00000000">
      <w:pPr>
        <w:pStyle w:val="Ttulo1"/>
      </w:pPr>
      <w:r>
        <w:t>Declarações finais</w:t>
      </w:r>
    </w:p>
    <w:p w14:paraId="1CDEF0EB" w14:textId="77777777" w:rsidR="00B8212D" w:rsidRDefault="00000000">
      <w:pPr>
        <w:pStyle w:val="RPESMInstruction"/>
      </w:pPr>
      <w:r>
        <w:t>Durante a revisão duplamente cega, não devem ser introduzidos nomes, iniciais, instituições, números de projeto ou ligações que permitam identificar os autores. A informação completa deve constar da Página de Título e ser reintegrada no manuscrito após aceitação.</w:t>
      </w:r>
    </w:p>
    <w:p w14:paraId="2FCD1CCC" w14:textId="77777777" w:rsidR="00B8212D" w:rsidRDefault="00000000">
      <w:pPr>
        <w:spacing w:after="60"/>
      </w:pPr>
      <w:r>
        <w:rPr>
          <w:rFonts w:eastAsia="Arial"/>
          <w:b/>
          <w:color w:val="174C6A"/>
        </w:rPr>
        <w:t xml:space="preserve">Aprovação ética: </w:t>
      </w:r>
      <w:r>
        <w:rPr>
          <w:rFonts w:eastAsia="Arial"/>
          <w:i/>
          <w:color w:val="66727A"/>
        </w:rPr>
        <w:t>[Indicar parecer e referência ou: Informação suprimida para revisão duplamente cega / Não aplicável, com justificação.]</w:t>
      </w:r>
    </w:p>
    <w:p w14:paraId="6AD68524" w14:textId="77777777" w:rsidR="00B8212D" w:rsidRDefault="00000000">
      <w:pPr>
        <w:spacing w:after="60"/>
      </w:pPr>
      <w:r>
        <w:rPr>
          <w:rFonts w:eastAsia="Arial"/>
          <w:b/>
          <w:color w:val="174C6A"/>
        </w:rPr>
        <w:t xml:space="preserve">Consentimento informado: </w:t>
      </w:r>
      <w:r>
        <w:rPr>
          <w:rFonts w:eastAsia="Arial"/>
          <w:i/>
          <w:color w:val="66727A"/>
        </w:rPr>
        <w:t>[Indicar como foi obtido ou justificar a não aplicabilidade.]</w:t>
      </w:r>
    </w:p>
    <w:p w14:paraId="42BE9769" w14:textId="77777777" w:rsidR="00B8212D" w:rsidRDefault="00000000">
      <w:pPr>
        <w:spacing w:after="60"/>
      </w:pPr>
      <w:r>
        <w:rPr>
          <w:rFonts w:eastAsia="Arial"/>
          <w:b/>
          <w:color w:val="174C6A"/>
        </w:rPr>
        <w:t xml:space="preserve">Consentimento para publicação: </w:t>
      </w:r>
      <w:r>
        <w:rPr>
          <w:rFonts w:eastAsia="Arial"/>
          <w:i/>
          <w:color w:val="66727A"/>
        </w:rPr>
        <w:t>[Indicar quando existam dados potencialmente identificáveis; caso contrário, escrever Não aplicável.]</w:t>
      </w:r>
    </w:p>
    <w:p w14:paraId="24C36F30" w14:textId="77777777" w:rsidR="00B8212D" w:rsidRDefault="00000000">
      <w:pPr>
        <w:spacing w:after="60"/>
      </w:pPr>
      <w:r>
        <w:rPr>
          <w:rFonts w:eastAsia="Arial"/>
          <w:b/>
          <w:color w:val="174C6A"/>
        </w:rPr>
        <w:t xml:space="preserve">Contributos dos autores: </w:t>
      </w:r>
      <w:r>
        <w:rPr>
          <w:rFonts w:eastAsia="Arial"/>
          <w:i/>
          <w:color w:val="66727A"/>
        </w:rPr>
        <w:t>[Informação completa apresentada na Página de Título segundo a taxonomia CRediT; suprimida neste ficheiro durante a revisão.]</w:t>
      </w:r>
    </w:p>
    <w:p w14:paraId="788D4852" w14:textId="77777777" w:rsidR="00B8212D" w:rsidRDefault="00000000">
      <w:pPr>
        <w:spacing w:after="60"/>
      </w:pPr>
      <w:r>
        <w:rPr>
          <w:rFonts w:eastAsia="Arial"/>
          <w:b/>
          <w:color w:val="174C6A"/>
        </w:rPr>
        <w:t xml:space="preserve">Conflitos de interesses: </w:t>
      </w:r>
      <w:r>
        <w:rPr>
          <w:rFonts w:eastAsia="Arial"/>
          <w:i/>
          <w:color w:val="66727A"/>
        </w:rPr>
        <w:t>[Declarar a existência ou inexistência de conflitos de interesses.]</w:t>
      </w:r>
    </w:p>
    <w:p w14:paraId="5F1C615B" w14:textId="77777777" w:rsidR="00B8212D" w:rsidRDefault="00000000">
      <w:pPr>
        <w:spacing w:after="60"/>
      </w:pPr>
      <w:r>
        <w:rPr>
          <w:rFonts w:eastAsia="Arial"/>
          <w:b/>
          <w:color w:val="174C6A"/>
        </w:rPr>
        <w:t xml:space="preserve">Financiamento: </w:t>
      </w:r>
      <w:r>
        <w:rPr>
          <w:rFonts w:eastAsia="Arial"/>
          <w:i/>
          <w:color w:val="66727A"/>
        </w:rPr>
        <w:t>[Identificar o financiador e a referência do financiamento ou escrever: Este trabalho não recebeu financiamento específico.]</w:t>
      </w:r>
    </w:p>
    <w:p w14:paraId="5ECFCBBB" w14:textId="77777777" w:rsidR="00B8212D" w:rsidRDefault="00000000">
      <w:pPr>
        <w:spacing w:after="60"/>
      </w:pPr>
      <w:r>
        <w:rPr>
          <w:rFonts w:eastAsia="Arial"/>
          <w:b/>
          <w:color w:val="174C6A"/>
        </w:rPr>
        <w:t xml:space="preserve">Disponibilidade dos dados: </w:t>
      </w:r>
      <w:r>
        <w:rPr>
          <w:rFonts w:eastAsia="Arial"/>
          <w:i/>
          <w:color w:val="66727A"/>
        </w:rPr>
        <w:t>[Indicar repositório e identificador persistente, disponibilidade mediante pedido, restrições justificadas ou não aplicabilidade.]</w:t>
      </w:r>
    </w:p>
    <w:p w14:paraId="64C79F72" w14:textId="77777777" w:rsidR="00B8212D" w:rsidRDefault="00000000">
      <w:pPr>
        <w:spacing w:after="60"/>
      </w:pPr>
      <w:r>
        <w:rPr>
          <w:rFonts w:eastAsia="Arial"/>
          <w:b/>
          <w:color w:val="174C6A"/>
        </w:rPr>
        <w:t xml:space="preserve">Agradecimentos: </w:t>
      </w:r>
      <w:r>
        <w:rPr>
          <w:rFonts w:eastAsia="Arial"/>
          <w:i/>
          <w:color w:val="66727A"/>
        </w:rPr>
        <w:t>[Inserir apenas após aceitação se puderem identificar pessoas ou instituições; escrever Não aplicável quando não existam.]</w:t>
      </w:r>
    </w:p>
    <w:p w14:paraId="593CC270" w14:textId="77777777" w:rsidR="00B8212D" w:rsidRDefault="00000000">
      <w:pPr>
        <w:spacing w:after="60"/>
      </w:pPr>
      <w:r>
        <w:rPr>
          <w:rFonts w:eastAsia="Arial"/>
          <w:b/>
          <w:color w:val="174C6A"/>
        </w:rPr>
        <w:t xml:space="preserve">Utilização de inteligência artificial generativa: </w:t>
      </w:r>
      <w:r>
        <w:rPr>
          <w:rFonts w:eastAsia="Arial"/>
          <w:i/>
          <w:color w:val="66727A"/>
        </w:rPr>
        <w:t>[Declarar não utilização ou identificar ferramenta, versão, finalidade, partes afetadas e procedimentos de verificação humana.]</w:t>
      </w:r>
    </w:p>
    <w:p w14:paraId="0AFC1D5B" w14:textId="77777777" w:rsidR="00B8212D" w:rsidRDefault="00000000">
      <w:pPr>
        <w:pStyle w:val="Ttulo1"/>
      </w:pPr>
      <w:r>
        <w:lastRenderedPageBreak/>
        <w:t>Referências bibliográficas</w:t>
      </w:r>
    </w:p>
    <w:p w14:paraId="04FED74C" w14:textId="77777777" w:rsidR="00B8212D" w:rsidRDefault="00000000">
      <w:pPr>
        <w:pStyle w:val="RPESMInstruction"/>
      </w:pPr>
      <w:r>
        <w:t>Aplicar a norma APA, 7.ª edição. Ordenar alfabeticamente pelo apelido do primeiro autor, usar recuo suspenso de 1,27 cm e apresentar o DOI, quando exista, no formato https://doi.org/… Substituir esta indicação pela lista completa de referências do manuscrito.</w:t>
      </w:r>
    </w:p>
    <w:p w14:paraId="3F962AAB" w14:textId="77777777" w:rsidR="00B8212D" w:rsidRDefault="00000000">
      <w:pPr>
        <w:pStyle w:val="RPESMPlaceholder"/>
      </w:pPr>
      <w:r>
        <w:t>[Inserir aqui a lista completa de referências bibliográficas.]</w:t>
      </w:r>
    </w:p>
    <w:sectPr w:rsidR="00B8212D" w:rsidSect="00034616">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369" w:footer="65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96606" w14:textId="77777777" w:rsidR="00D66CA2" w:rsidRDefault="00D66CA2">
      <w:r>
        <w:separator/>
      </w:r>
    </w:p>
  </w:endnote>
  <w:endnote w:type="continuationSeparator" w:id="0">
    <w:p w14:paraId="7D8B780A" w14:textId="77777777" w:rsidR="00D66CA2" w:rsidRDefault="00D66C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22AF4" w14:textId="77777777" w:rsidR="00B8212D" w:rsidRDefault="00B8212D">
    <w:pPr>
      <w:pStyle w:val="Rodap"/>
      <w:spacing w:line="20" w:lineRule="exact"/>
    </w:pPr>
  </w:p>
  <w:tbl>
    <w:tblPr>
      <w:tblW w:w="9072" w:type="dxa"/>
      <w:tblBorders>
        <w:top w:val="nil"/>
        <w:left w:val="nil"/>
        <w:bottom w:val="nil"/>
        <w:right w:val="nil"/>
        <w:insideH w:val="nil"/>
        <w:insideV w:val="nil"/>
      </w:tblBorders>
      <w:tblLayout w:type="fixed"/>
      <w:tblLook w:val="04A0" w:firstRow="1" w:lastRow="0" w:firstColumn="1" w:lastColumn="0" w:noHBand="0" w:noVBand="1"/>
    </w:tblPr>
    <w:tblGrid>
      <w:gridCol w:w="6804"/>
      <w:gridCol w:w="2268"/>
    </w:tblGrid>
    <w:tr w:rsidR="00B8212D" w14:paraId="2B94D782" w14:textId="77777777">
      <w:tc>
        <w:tcPr>
          <w:tcW w:w="6804" w:type="dxa"/>
          <w:tcBorders>
            <w:top w:val="single" w:sz="5" w:space="0" w:color="C8D6DC"/>
          </w:tcBorders>
          <w:tcMar>
            <w:top w:w="30" w:type="dxa"/>
            <w:left w:w="0" w:type="dxa"/>
            <w:bottom w:w="0" w:type="dxa"/>
            <w:right w:w="0" w:type="dxa"/>
          </w:tcMar>
        </w:tcPr>
        <w:p w14:paraId="4816C1AF" w14:textId="77777777" w:rsidR="00B8212D" w:rsidRDefault="00000000">
          <w:r>
            <w:rPr>
              <w:rFonts w:eastAsia="Arial"/>
              <w:color w:val="66727A"/>
              <w:sz w:val="15"/>
            </w:rPr>
            <w:t>RPESM | Versão 1.0 — agosto de 2026 | revista.aspesm@gmail.com</w:t>
          </w:r>
        </w:p>
      </w:tc>
      <w:tc>
        <w:tcPr>
          <w:tcW w:w="2268" w:type="dxa"/>
          <w:tcBorders>
            <w:top w:val="single" w:sz="5" w:space="0" w:color="C8D6DC"/>
          </w:tcBorders>
          <w:tcMar>
            <w:top w:w="30" w:type="dxa"/>
            <w:left w:w="0" w:type="dxa"/>
            <w:bottom w:w="0" w:type="dxa"/>
            <w:right w:w="0" w:type="dxa"/>
          </w:tcMar>
        </w:tcPr>
        <w:p w14:paraId="2C1137C2" w14:textId="77777777" w:rsidR="00B8212D" w:rsidRDefault="00000000">
          <w:pPr>
            <w:jc w:val="right"/>
          </w:pPr>
          <w:r>
            <w:rPr>
              <w:rFonts w:eastAsia="Arial"/>
              <w:color w:val="66727A"/>
              <w:sz w:val="15"/>
            </w:rPr>
            <w:t xml:space="preserve">Página </w:t>
          </w:r>
          <w:r>
            <w:rPr>
              <w:rFonts w:eastAsia="Arial"/>
              <w:color w:val="66727A"/>
              <w:sz w:val="17"/>
            </w:rPr>
            <w:fldChar w:fldCharType="begin"/>
          </w:r>
          <w:r>
            <w:rPr>
              <w:rFonts w:eastAsia="Arial"/>
              <w:color w:val="66727A"/>
              <w:sz w:val="17"/>
            </w:rPr>
            <w:instrText xml:space="preserve"> PAGE </w:instrText>
          </w:r>
          <w:r>
            <w:rPr>
              <w:rFonts w:eastAsia="Arial"/>
              <w:color w:val="66727A"/>
              <w:sz w:val="17"/>
            </w:rP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AB18B" w14:textId="77777777" w:rsidR="00B8212D" w:rsidRDefault="00B8212D">
    <w:pPr>
      <w:pStyle w:val="Rodap"/>
      <w:spacing w:line="20" w:lineRule="exact"/>
    </w:pPr>
  </w:p>
  <w:tbl>
    <w:tblPr>
      <w:tblW w:w="9072" w:type="dxa"/>
      <w:tblBorders>
        <w:top w:val="nil"/>
        <w:left w:val="nil"/>
        <w:bottom w:val="nil"/>
        <w:right w:val="nil"/>
        <w:insideH w:val="nil"/>
        <w:insideV w:val="nil"/>
      </w:tblBorders>
      <w:tblLayout w:type="fixed"/>
      <w:tblLook w:val="04A0" w:firstRow="1" w:lastRow="0" w:firstColumn="1" w:lastColumn="0" w:noHBand="0" w:noVBand="1"/>
    </w:tblPr>
    <w:tblGrid>
      <w:gridCol w:w="6804"/>
      <w:gridCol w:w="2268"/>
    </w:tblGrid>
    <w:tr w:rsidR="00B8212D" w14:paraId="2DDA71BC" w14:textId="77777777">
      <w:tc>
        <w:tcPr>
          <w:tcW w:w="6804" w:type="dxa"/>
          <w:tcBorders>
            <w:top w:val="single" w:sz="5" w:space="0" w:color="C8D6DC"/>
          </w:tcBorders>
          <w:tcMar>
            <w:top w:w="30" w:type="dxa"/>
            <w:left w:w="0" w:type="dxa"/>
            <w:bottom w:w="0" w:type="dxa"/>
            <w:right w:w="0" w:type="dxa"/>
          </w:tcMar>
        </w:tcPr>
        <w:p w14:paraId="40A9ED66" w14:textId="77777777" w:rsidR="00B8212D" w:rsidRDefault="00000000">
          <w:r>
            <w:rPr>
              <w:rFonts w:eastAsia="Arial"/>
              <w:color w:val="66727A"/>
              <w:sz w:val="15"/>
            </w:rPr>
            <w:t>RPESM | Versão 1.0 — agosto de 2026 | revista.aspesm@gmail.com</w:t>
          </w:r>
        </w:p>
      </w:tc>
      <w:tc>
        <w:tcPr>
          <w:tcW w:w="2268" w:type="dxa"/>
          <w:tcBorders>
            <w:top w:val="single" w:sz="5" w:space="0" w:color="C8D6DC"/>
          </w:tcBorders>
          <w:tcMar>
            <w:top w:w="30" w:type="dxa"/>
            <w:left w:w="0" w:type="dxa"/>
            <w:bottom w:w="0" w:type="dxa"/>
            <w:right w:w="0" w:type="dxa"/>
          </w:tcMar>
        </w:tcPr>
        <w:p w14:paraId="52053BF8" w14:textId="77777777" w:rsidR="00B8212D" w:rsidRDefault="00000000">
          <w:pPr>
            <w:jc w:val="right"/>
          </w:pPr>
          <w:r>
            <w:rPr>
              <w:rFonts w:eastAsia="Arial"/>
              <w:color w:val="66727A"/>
              <w:sz w:val="15"/>
            </w:rPr>
            <w:t xml:space="preserve">Página </w:t>
          </w:r>
          <w:r>
            <w:rPr>
              <w:rFonts w:eastAsia="Arial"/>
              <w:color w:val="66727A"/>
              <w:sz w:val="17"/>
            </w:rPr>
            <w:fldChar w:fldCharType="begin"/>
          </w:r>
          <w:r>
            <w:rPr>
              <w:rFonts w:eastAsia="Arial"/>
              <w:color w:val="66727A"/>
              <w:sz w:val="17"/>
            </w:rPr>
            <w:instrText xml:space="preserve"> PAGE </w:instrText>
          </w:r>
          <w:r w:rsidR="00DD382E">
            <w:rPr>
              <w:rFonts w:eastAsia="Arial"/>
              <w:color w:val="66727A"/>
              <w:sz w:val="17"/>
            </w:rPr>
            <w:fldChar w:fldCharType="separate"/>
          </w:r>
          <w:r w:rsidR="00DD382E">
            <w:rPr>
              <w:rFonts w:eastAsia="Arial"/>
              <w:noProof/>
              <w:color w:val="66727A"/>
              <w:sz w:val="17"/>
            </w:rPr>
            <w:t>1</w:t>
          </w:r>
          <w:r>
            <w:rPr>
              <w:rFonts w:eastAsia="Arial"/>
              <w:color w:val="66727A"/>
              <w:sz w:val="17"/>
            </w:rPr>
            <w:fldChar w:fldCharType="end"/>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88D3F" w14:textId="77777777" w:rsidR="00B8212D" w:rsidRDefault="00B8212D">
    <w:pPr>
      <w:pStyle w:val="Rodap"/>
      <w:spacing w:line="20" w:lineRule="exact"/>
    </w:pPr>
  </w:p>
  <w:tbl>
    <w:tblPr>
      <w:tblW w:w="9072" w:type="dxa"/>
      <w:tblBorders>
        <w:top w:val="nil"/>
        <w:left w:val="nil"/>
        <w:bottom w:val="nil"/>
        <w:right w:val="nil"/>
        <w:insideH w:val="nil"/>
        <w:insideV w:val="nil"/>
      </w:tblBorders>
      <w:tblLayout w:type="fixed"/>
      <w:tblLook w:val="04A0" w:firstRow="1" w:lastRow="0" w:firstColumn="1" w:lastColumn="0" w:noHBand="0" w:noVBand="1"/>
    </w:tblPr>
    <w:tblGrid>
      <w:gridCol w:w="6804"/>
      <w:gridCol w:w="2268"/>
    </w:tblGrid>
    <w:tr w:rsidR="00B8212D" w14:paraId="2A07BBEB" w14:textId="77777777">
      <w:tc>
        <w:tcPr>
          <w:tcW w:w="6804" w:type="dxa"/>
          <w:tcBorders>
            <w:top w:val="single" w:sz="5" w:space="0" w:color="C8D6DC"/>
          </w:tcBorders>
          <w:tcMar>
            <w:top w:w="30" w:type="dxa"/>
            <w:left w:w="0" w:type="dxa"/>
            <w:bottom w:w="0" w:type="dxa"/>
            <w:right w:w="0" w:type="dxa"/>
          </w:tcMar>
        </w:tcPr>
        <w:p w14:paraId="75AF57F7" w14:textId="77777777" w:rsidR="00B8212D" w:rsidRDefault="00000000">
          <w:r>
            <w:rPr>
              <w:rFonts w:eastAsia="Arial"/>
              <w:color w:val="66727A"/>
              <w:sz w:val="15"/>
            </w:rPr>
            <w:t>RPESM | Versão 1.0 — agosto de 2026 | revista.aspesm@gmail.com</w:t>
          </w:r>
        </w:p>
      </w:tc>
      <w:tc>
        <w:tcPr>
          <w:tcW w:w="2268" w:type="dxa"/>
          <w:tcBorders>
            <w:top w:val="single" w:sz="5" w:space="0" w:color="C8D6DC"/>
          </w:tcBorders>
          <w:tcMar>
            <w:top w:w="30" w:type="dxa"/>
            <w:left w:w="0" w:type="dxa"/>
            <w:bottom w:w="0" w:type="dxa"/>
            <w:right w:w="0" w:type="dxa"/>
          </w:tcMar>
        </w:tcPr>
        <w:p w14:paraId="62CE93C4" w14:textId="77777777" w:rsidR="00B8212D" w:rsidRDefault="00000000">
          <w:pPr>
            <w:jc w:val="right"/>
          </w:pPr>
          <w:r>
            <w:rPr>
              <w:rFonts w:eastAsia="Arial"/>
              <w:color w:val="66727A"/>
              <w:sz w:val="15"/>
            </w:rPr>
            <w:t xml:space="preserve">Página </w:t>
          </w:r>
          <w:r>
            <w:rPr>
              <w:rFonts w:eastAsia="Arial"/>
              <w:color w:val="66727A"/>
              <w:sz w:val="17"/>
            </w:rPr>
            <w:fldChar w:fldCharType="begin"/>
          </w:r>
          <w:r>
            <w:rPr>
              <w:rFonts w:eastAsia="Arial"/>
              <w:color w:val="66727A"/>
              <w:sz w:val="17"/>
            </w:rPr>
            <w:instrText xml:space="preserve"> PAGE </w:instrText>
          </w:r>
          <w:r>
            <w:rPr>
              <w:rFonts w:eastAsia="Arial"/>
              <w:color w:val="66727A"/>
              <w:sz w:val="17"/>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87A2F" w14:textId="77777777" w:rsidR="00D66CA2" w:rsidRDefault="00D66CA2">
      <w:r>
        <w:separator/>
      </w:r>
    </w:p>
  </w:footnote>
  <w:footnote w:type="continuationSeparator" w:id="0">
    <w:p w14:paraId="0C7E7B83" w14:textId="77777777" w:rsidR="00D66CA2" w:rsidRDefault="00D66C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92BE8" w14:textId="77777777" w:rsidR="00B8212D" w:rsidRDefault="00B8212D">
    <w:pPr>
      <w:pStyle w:val="Cabealho"/>
      <w:spacing w:line="20" w:lineRule="exact"/>
    </w:pPr>
  </w:p>
  <w:tbl>
    <w:tblPr>
      <w:tblW w:w="9072" w:type="dxa"/>
      <w:tblBorders>
        <w:top w:val="nil"/>
        <w:left w:val="nil"/>
        <w:bottom w:val="nil"/>
        <w:right w:val="nil"/>
        <w:insideH w:val="nil"/>
        <w:insideV w:val="nil"/>
      </w:tblBorders>
      <w:tblLayout w:type="fixed"/>
      <w:tblLook w:val="04A0" w:firstRow="1" w:lastRow="0" w:firstColumn="1" w:lastColumn="0" w:noHBand="0" w:noVBand="1"/>
    </w:tblPr>
    <w:tblGrid>
      <w:gridCol w:w="1067"/>
      <w:gridCol w:w="8005"/>
    </w:tblGrid>
    <w:tr w:rsidR="00B8212D" w14:paraId="046D3CA5" w14:textId="77777777">
      <w:tc>
        <w:tcPr>
          <w:tcW w:w="1067" w:type="dxa"/>
          <w:tcBorders>
            <w:bottom w:val="single" w:sz="10" w:space="0" w:color="3C8C4A"/>
          </w:tcBorders>
          <w:tcMar>
            <w:top w:w="0" w:type="dxa"/>
            <w:left w:w="0" w:type="dxa"/>
            <w:bottom w:w="35" w:type="dxa"/>
            <w:right w:w="0" w:type="dxa"/>
          </w:tcMar>
          <w:vAlign w:val="center"/>
        </w:tcPr>
        <w:p w14:paraId="47466C06" w14:textId="77777777" w:rsidR="00B8212D" w:rsidRDefault="00000000">
          <w:pPr>
            <w:jc w:val="left"/>
          </w:pPr>
          <w:r>
            <w:rPr>
              <w:noProof/>
            </w:rPr>
            <w:drawing>
              <wp:inline distT="0" distB="0" distL="0" distR="0" wp14:anchorId="55517F3E" wp14:editId="328B59F2">
                <wp:extent cx="420624" cy="408957"/>
                <wp:effectExtent l="0" t="0" r="0" b="0"/>
                <wp:docPr id="450371480" name="Picture 1" descr="Logótipo da Revista Portuguesa de Enfermagem de Saúde Mental" title="Logótipo RPE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PESM_Imagem 1(3).png"/>
                        <pic:cNvPicPr/>
                      </pic:nvPicPr>
                      <pic:blipFill>
                        <a:blip r:embed="rId1"/>
                        <a:stretch>
                          <a:fillRect/>
                        </a:stretch>
                      </pic:blipFill>
                      <pic:spPr>
                        <a:xfrm>
                          <a:off x="0" y="0"/>
                          <a:ext cx="420624" cy="408957"/>
                        </a:xfrm>
                        <a:prstGeom prst="rect">
                          <a:avLst/>
                        </a:prstGeom>
                      </pic:spPr>
                    </pic:pic>
                  </a:graphicData>
                </a:graphic>
              </wp:inline>
            </w:drawing>
          </w:r>
        </w:p>
      </w:tc>
      <w:tc>
        <w:tcPr>
          <w:tcW w:w="8005" w:type="dxa"/>
          <w:tcBorders>
            <w:bottom w:val="single" w:sz="10" w:space="0" w:color="3C8C4A"/>
          </w:tcBorders>
          <w:tcMar>
            <w:top w:w="0" w:type="dxa"/>
            <w:left w:w="0" w:type="dxa"/>
            <w:bottom w:w="35" w:type="dxa"/>
            <w:right w:w="0" w:type="dxa"/>
          </w:tcMar>
          <w:vAlign w:val="center"/>
        </w:tcPr>
        <w:p w14:paraId="73AB0F0C" w14:textId="77777777" w:rsidR="00B8212D" w:rsidRDefault="00000000">
          <w:pPr>
            <w:jc w:val="right"/>
          </w:pPr>
          <w:r>
            <w:rPr>
              <w:rFonts w:eastAsia="Arial"/>
              <w:b/>
              <w:color w:val="174C6A"/>
              <w:sz w:val="17"/>
            </w:rPr>
            <w:t>REVISTA PORTUGUESA DE ENFERMAGEM DE SAÚDE MENTAL</w:t>
          </w:r>
          <w:r>
            <w:br/>
          </w:r>
          <w:r>
            <w:rPr>
              <w:rFonts w:eastAsia="Arial"/>
              <w:b/>
              <w:color w:val="3C8C4A"/>
              <w:sz w:val="15"/>
            </w:rPr>
            <w:t>TEMPLATE — ARTIGO METODOLÓGICO</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EA333" w14:textId="77777777" w:rsidR="00B8212D" w:rsidRDefault="00B8212D">
    <w:pPr>
      <w:pStyle w:val="Cabealho"/>
      <w:spacing w:line="20" w:lineRule="exact"/>
    </w:pPr>
  </w:p>
  <w:tbl>
    <w:tblPr>
      <w:tblW w:w="9072" w:type="dxa"/>
      <w:tblBorders>
        <w:top w:val="nil"/>
        <w:left w:val="nil"/>
        <w:bottom w:val="nil"/>
        <w:right w:val="nil"/>
        <w:insideH w:val="nil"/>
        <w:insideV w:val="nil"/>
      </w:tblBorders>
      <w:tblLayout w:type="fixed"/>
      <w:tblLook w:val="04A0" w:firstRow="1" w:lastRow="0" w:firstColumn="1" w:lastColumn="0" w:noHBand="0" w:noVBand="1"/>
    </w:tblPr>
    <w:tblGrid>
      <w:gridCol w:w="1067"/>
      <w:gridCol w:w="8005"/>
    </w:tblGrid>
    <w:tr w:rsidR="00B8212D" w14:paraId="4A062FBF" w14:textId="77777777">
      <w:tc>
        <w:tcPr>
          <w:tcW w:w="1067" w:type="dxa"/>
          <w:tcBorders>
            <w:bottom w:val="single" w:sz="10" w:space="0" w:color="3C8C4A"/>
          </w:tcBorders>
          <w:tcMar>
            <w:top w:w="0" w:type="dxa"/>
            <w:left w:w="0" w:type="dxa"/>
            <w:bottom w:w="35" w:type="dxa"/>
            <w:right w:w="0" w:type="dxa"/>
          </w:tcMar>
          <w:vAlign w:val="center"/>
        </w:tcPr>
        <w:p w14:paraId="6907C1A7" w14:textId="77777777" w:rsidR="00B8212D" w:rsidRDefault="00000000">
          <w:pPr>
            <w:jc w:val="left"/>
          </w:pPr>
          <w:r>
            <w:rPr>
              <w:noProof/>
            </w:rPr>
            <w:drawing>
              <wp:inline distT="0" distB="0" distL="0" distR="0" wp14:anchorId="27066C63" wp14:editId="3C78D2C7">
                <wp:extent cx="420624" cy="408957"/>
                <wp:effectExtent l="0" t="0" r="0" b="0"/>
                <wp:docPr id="1" name="Picture 1" descr="Logótipo da Revista Portuguesa de Enfermagem de Saúde Mental" title="Logótipo RPE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PESM_Imagem 1(3).png"/>
                        <pic:cNvPicPr/>
                      </pic:nvPicPr>
                      <pic:blipFill>
                        <a:blip r:embed="rId1"/>
                        <a:stretch>
                          <a:fillRect/>
                        </a:stretch>
                      </pic:blipFill>
                      <pic:spPr>
                        <a:xfrm>
                          <a:off x="0" y="0"/>
                          <a:ext cx="420624" cy="408957"/>
                        </a:xfrm>
                        <a:prstGeom prst="rect">
                          <a:avLst/>
                        </a:prstGeom>
                      </pic:spPr>
                    </pic:pic>
                  </a:graphicData>
                </a:graphic>
              </wp:inline>
            </w:drawing>
          </w:r>
        </w:p>
      </w:tc>
      <w:tc>
        <w:tcPr>
          <w:tcW w:w="8005" w:type="dxa"/>
          <w:tcBorders>
            <w:bottom w:val="single" w:sz="10" w:space="0" w:color="3C8C4A"/>
          </w:tcBorders>
          <w:tcMar>
            <w:top w:w="0" w:type="dxa"/>
            <w:left w:w="0" w:type="dxa"/>
            <w:bottom w:w="35" w:type="dxa"/>
            <w:right w:w="0" w:type="dxa"/>
          </w:tcMar>
          <w:vAlign w:val="center"/>
        </w:tcPr>
        <w:p w14:paraId="699D139C" w14:textId="77777777" w:rsidR="00B8212D" w:rsidRDefault="00000000">
          <w:pPr>
            <w:jc w:val="right"/>
          </w:pPr>
          <w:r>
            <w:rPr>
              <w:rFonts w:eastAsia="Arial"/>
              <w:b/>
              <w:color w:val="174C6A"/>
              <w:sz w:val="17"/>
            </w:rPr>
            <w:t>REVISTA PORTUGUESA DE ENFERMAGEM DE SAÚDE MENTAL</w:t>
          </w:r>
          <w:r>
            <w:br/>
          </w:r>
          <w:r>
            <w:rPr>
              <w:rFonts w:eastAsia="Arial"/>
              <w:b/>
              <w:color w:val="3C8C4A"/>
              <w:sz w:val="15"/>
            </w:rPr>
            <w:t>TEMPLATE — ARTIGO METODOLÓGICO</w:t>
          </w:r>
        </w:p>
      </w:tc>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D9F47" w14:textId="77777777" w:rsidR="00B8212D" w:rsidRDefault="00B8212D">
    <w:pPr>
      <w:pStyle w:val="Cabealho"/>
      <w:spacing w:line="20" w:lineRule="exact"/>
    </w:pPr>
  </w:p>
  <w:tbl>
    <w:tblPr>
      <w:tblW w:w="9072" w:type="dxa"/>
      <w:tblBorders>
        <w:top w:val="nil"/>
        <w:left w:val="nil"/>
        <w:bottom w:val="nil"/>
        <w:right w:val="nil"/>
        <w:insideH w:val="nil"/>
        <w:insideV w:val="nil"/>
      </w:tblBorders>
      <w:tblLayout w:type="fixed"/>
      <w:tblLook w:val="04A0" w:firstRow="1" w:lastRow="0" w:firstColumn="1" w:lastColumn="0" w:noHBand="0" w:noVBand="1"/>
    </w:tblPr>
    <w:tblGrid>
      <w:gridCol w:w="1067"/>
      <w:gridCol w:w="8005"/>
    </w:tblGrid>
    <w:tr w:rsidR="00B8212D" w14:paraId="040DB1C4" w14:textId="77777777">
      <w:tc>
        <w:tcPr>
          <w:tcW w:w="1067" w:type="dxa"/>
          <w:tcBorders>
            <w:bottom w:val="single" w:sz="10" w:space="0" w:color="3C8C4A"/>
          </w:tcBorders>
          <w:tcMar>
            <w:top w:w="0" w:type="dxa"/>
            <w:left w:w="0" w:type="dxa"/>
            <w:bottom w:w="35" w:type="dxa"/>
            <w:right w:w="0" w:type="dxa"/>
          </w:tcMar>
          <w:vAlign w:val="center"/>
        </w:tcPr>
        <w:p w14:paraId="1F742F07" w14:textId="77777777" w:rsidR="00B8212D" w:rsidRDefault="00000000">
          <w:pPr>
            <w:jc w:val="left"/>
          </w:pPr>
          <w:r>
            <w:rPr>
              <w:noProof/>
            </w:rPr>
            <w:drawing>
              <wp:inline distT="0" distB="0" distL="0" distR="0" wp14:anchorId="023AFAB5" wp14:editId="2BB0A023">
                <wp:extent cx="420624" cy="408957"/>
                <wp:effectExtent l="0" t="0" r="0" b="0"/>
                <wp:docPr id="452478453" name="Picture 1" descr="Logótipo da Revista Portuguesa de Enfermagem de Saúde Mental" title="Logótipo RPE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PESM_Imagem 1(3).png"/>
                        <pic:cNvPicPr/>
                      </pic:nvPicPr>
                      <pic:blipFill>
                        <a:blip r:embed="rId1"/>
                        <a:stretch>
                          <a:fillRect/>
                        </a:stretch>
                      </pic:blipFill>
                      <pic:spPr>
                        <a:xfrm>
                          <a:off x="0" y="0"/>
                          <a:ext cx="420624" cy="408957"/>
                        </a:xfrm>
                        <a:prstGeom prst="rect">
                          <a:avLst/>
                        </a:prstGeom>
                      </pic:spPr>
                    </pic:pic>
                  </a:graphicData>
                </a:graphic>
              </wp:inline>
            </w:drawing>
          </w:r>
        </w:p>
      </w:tc>
      <w:tc>
        <w:tcPr>
          <w:tcW w:w="8005" w:type="dxa"/>
          <w:tcBorders>
            <w:bottom w:val="single" w:sz="10" w:space="0" w:color="3C8C4A"/>
          </w:tcBorders>
          <w:tcMar>
            <w:top w:w="0" w:type="dxa"/>
            <w:left w:w="0" w:type="dxa"/>
            <w:bottom w:w="35" w:type="dxa"/>
            <w:right w:w="0" w:type="dxa"/>
          </w:tcMar>
          <w:vAlign w:val="center"/>
        </w:tcPr>
        <w:p w14:paraId="473CD6EA" w14:textId="77777777" w:rsidR="00B8212D" w:rsidRDefault="00000000">
          <w:pPr>
            <w:jc w:val="right"/>
          </w:pPr>
          <w:r>
            <w:rPr>
              <w:rFonts w:eastAsia="Arial"/>
              <w:b/>
              <w:color w:val="174C6A"/>
              <w:sz w:val="17"/>
            </w:rPr>
            <w:t>REVISTA PORTUGUESA DE ENFERMAGEM DE SAÚDE MENTAL</w:t>
          </w:r>
          <w:r>
            <w:br/>
          </w:r>
          <w:r>
            <w:rPr>
              <w:rFonts w:eastAsia="Arial"/>
              <w:b/>
              <w:color w:val="3C8C4A"/>
              <w:sz w:val="15"/>
            </w:rPr>
            <w:t>TEMPLATE — ARTIGO METODOLÓGICO</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A541D6D"/>
    <w:multiLevelType w:val="singleLevel"/>
    <w:tmpl w:val="23947202"/>
    <w:lvl w:ilvl="0">
      <w:start w:val="1"/>
      <w:numFmt w:val="bullet"/>
      <w:lvlText w:val="•"/>
      <w:lvlJc w:val="left"/>
      <w:pPr>
        <w:tabs>
          <w:tab w:val="num" w:pos="540"/>
        </w:tabs>
        <w:spacing w:after="80" w:line="240" w:lineRule="auto"/>
        <w:ind w:left="540" w:hanging="270"/>
      </w:pPr>
      <w:rPr>
        <w:rFonts w:ascii="Arial" w:hAnsi="Arial"/>
      </w:rPr>
    </w:lvl>
  </w:abstractNum>
  <w:abstractNum w:abstractNumId="10" w15:restartNumberingAfterBreak="0">
    <w:nsid w:val="4CFE6431"/>
    <w:multiLevelType w:val="singleLevel"/>
    <w:tmpl w:val="CF0C850C"/>
    <w:lvl w:ilvl="0">
      <w:start w:val="1"/>
      <w:numFmt w:val="decimal"/>
      <w:pStyle w:val="Listacommarcas"/>
      <w:lvlText w:val="%1."/>
      <w:lvlJc w:val="left"/>
      <w:pPr>
        <w:tabs>
          <w:tab w:val="num" w:pos="540"/>
        </w:tabs>
        <w:spacing w:after="80" w:line="240" w:lineRule="auto"/>
        <w:ind w:left="540" w:hanging="270"/>
      </w:pPr>
    </w:lvl>
  </w:abstractNum>
  <w:num w:numId="1" w16cid:durableId="15823669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763AB3"/>
    <w:rsid w:val="00AA1D8D"/>
    <w:rsid w:val="00B47730"/>
    <w:rsid w:val="00B8212D"/>
    <w:rsid w:val="00CB0664"/>
    <w:rsid w:val="00D66CA2"/>
    <w:rsid w:val="00DD382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D3CDA3"/>
  <w14:defaultImageDpi w14:val="300"/>
  <w15:docId w15:val="{3141B981-6AC4-4712-AECC-9BBD6D074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jc w:val="both"/>
    </w:pPr>
    <w:rPr>
      <w:rFonts w:ascii="Arial" w:hAnsi="Arial"/>
      <w:color w:val="000000"/>
      <w:sz w:val="24"/>
    </w:rPr>
  </w:style>
  <w:style w:type="paragraph" w:styleId="Ttulo1">
    <w:name w:val="heading 1"/>
    <w:basedOn w:val="Normal"/>
    <w:next w:val="Normal"/>
    <w:link w:val="Ttulo1Carter"/>
    <w:uiPriority w:val="9"/>
    <w:qFormat/>
    <w:rsid w:val="00FC693F"/>
    <w:pPr>
      <w:keepNext/>
      <w:keepLines/>
      <w:spacing w:before="280" w:after="120"/>
      <w:outlineLvl w:val="0"/>
    </w:pPr>
    <w:rPr>
      <w:rFonts w:asciiTheme="majorHAnsi" w:eastAsiaTheme="majorEastAsia" w:hAnsiTheme="majorHAnsi" w:cstheme="majorBidi"/>
      <w:b/>
      <w:bCs/>
      <w:color w:val="174C6A"/>
      <w:sz w:val="30"/>
      <w:szCs w:val="28"/>
    </w:rPr>
  </w:style>
  <w:style w:type="paragraph" w:styleId="Ttulo2">
    <w:name w:val="heading 2"/>
    <w:basedOn w:val="Normal"/>
    <w:next w:val="Normal"/>
    <w:link w:val="Ttulo2Carter"/>
    <w:uiPriority w:val="9"/>
    <w:unhideWhenUsed/>
    <w:qFormat/>
    <w:rsid w:val="00FC693F"/>
    <w:pPr>
      <w:keepNext/>
      <w:keepLines/>
      <w:spacing w:before="200" w:after="80"/>
      <w:outlineLvl w:val="1"/>
    </w:pPr>
    <w:rPr>
      <w:rFonts w:asciiTheme="majorHAnsi" w:eastAsiaTheme="majorEastAsia" w:hAnsiTheme="majorHAnsi" w:cstheme="majorBidi"/>
      <w:b/>
      <w:bCs/>
      <w:color w:val="3C8C4A"/>
      <w:sz w:val="25"/>
      <w:szCs w:val="26"/>
    </w:rPr>
  </w:style>
  <w:style w:type="paragraph" w:styleId="Ttulo3">
    <w:name w:val="heading 3"/>
    <w:basedOn w:val="Normal"/>
    <w:next w:val="Normal"/>
    <w:link w:val="Ttulo3Carter"/>
    <w:uiPriority w:val="9"/>
    <w:unhideWhenUsed/>
    <w:qFormat/>
    <w:rsid w:val="00FC693F"/>
    <w:pPr>
      <w:keepNext/>
      <w:keepLines/>
      <w:spacing w:before="160" w:after="60"/>
      <w:outlineLvl w:val="2"/>
    </w:pPr>
    <w:rPr>
      <w:rFonts w:asciiTheme="majorHAnsi" w:eastAsiaTheme="majorEastAsia" w:hAnsiTheme="majorHAnsi" w:cstheme="majorBidi"/>
      <w:b/>
      <w:bCs/>
      <w:color w:val="263238"/>
      <w:sz w:val="23"/>
    </w:rPr>
  </w:style>
  <w:style w:type="paragraph" w:styleId="Ttulo4">
    <w:name w:val="heading 4"/>
    <w:basedOn w:val="Normal"/>
    <w:next w:val="Normal"/>
    <w:link w:val="Ttulo4Carte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te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te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te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te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te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unhideWhenUsed/>
    <w:rsid w:val="00E618BF"/>
    <w:pPr>
      <w:tabs>
        <w:tab w:val="center" w:pos="4680"/>
        <w:tab w:val="right" w:pos="9360"/>
      </w:tabs>
    </w:pPr>
  </w:style>
  <w:style w:type="character" w:customStyle="1" w:styleId="CabealhoCarter">
    <w:name w:val="Cabeçalho Caráter"/>
    <w:basedOn w:val="Tipodeletrapredefinidodopargrafo"/>
    <w:link w:val="Cabealho"/>
    <w:uiPriority w:val="99"/>
    <w:rsid w:val="00E618BF"/>
  </w:style>
  <w:style w:type="paragraph" w:styleId="Rodap">
    <w:name w:val="footer"/>
    <w:basedOn w:val="Normal"/>
    <w:link w:val="RodapCarter"/>
    <w:uiPriority w:val="99"/>
    <w:unhideWhenUsed/>
    <w:rsid w:val="00E618BF"/>
    <w:pPr>
      <w:tabs>
        <w:tab w:val="center" w:pos="4680"/>
        <w:tab w:val="right" w:pos="9360"/>
      </w:tabs>
    </w:pPr>
  </w:style>
  <w:style w:type="character" w:customStyle="1" w:styleId="RodapCarter">
    <w:name w:val="Rodapé Caráter"/>
    <w:basedOn w:val="Tipodeletrapredefinidodopargraf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arter">
    <w:name w:val="Título 1 Caráter"/>
    <w:basedOn w:val="Tipodeletrapredefinidodopargraf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ter">
    <w:name w:val="Título 2 Caráter"/>
    <w:basedOn w:val="Tipodeletrapredefinidodopargraf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ter">
    <w:name w:val="Título 3 Caráter"/>
    <w:basedOn w:val="Tipodeletrapredefinidodopargraf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ter"/>
    <w:uiPriority w:val="10"/>
    <w:qFormat/>
    <w:rsid w:val="00FC693F"/>
    <w:pPr>
      <w:keepNext/>
      <w:pBdr>
        <w:bottom w:val="single" w:sz="8" w:space="4" w:color="4F81BD" w:themeColor="accent1"/>
      </w:pBdr>
      <w:spacing w:after="160"/>
      <w:contextualSpacing/>
    </w:pPr>
    <w:rPr>
      <w:rFonts w:asciiTheme="majorHAnsi" w:eastAsiaTheme="majorEastAsia" w:hAnsiTheme="majorHAnsi" w:cstheme="majorBidi"/>
      <w:b/>
      <w:color w:val="174C6A"/>
      <w:spacing w:val="5"/>
      <w:kern w:val="28"/>
      <w:sz w:val="42"/>
      <w:szCs w:val="52"/>
    </w:rPr>
  </w:style>
  <w:style w:type="character" w:customStyle="1" w:styleId="TtuloCarter">
    <w:name w:val="Título Caráter"/>
    <w:basedOn w:val="Tipodeletrapredefinidodopargraf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ter"/>
    <w:uiPriority w:val="11"/>
    <w:qFormat/>
    <w:rsid w:val="00FC693F"/>
    <w:pPr>
      <w:keepNext/>
      <w:numPr>
        <w:ilvl w:val="1"/>
      </w:numPr>
      <w:spacing w:after="240"/>
    </w:pPr>
    <w:rPr>
      <w:rFonts w:asciiTheme="majorHAnsi" w:eastAsiaTheme="majorEastAsia" w:hAnsiTheme="majorHAnsi" w:cstheme="majorBidi"/>
      <w:i/>
      <w:iCs/>
      <w:color w:val="66727A"/>
      <w:spacing w:val="15"/>
      <w:sz w:val="22"/>
      <w:szCs w:val="24"/>
    </w:rPr>
  </w:style>
  <w:style w:type="character" w:customStyle="1" w:styleId="SubttuloCarter">
    <w:name w:val="Subtítulo Caráter"/>
    <w:basedOn w:val="Tipodeletrapredefinidodopargraf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arter"/>
    <w:uiPriority w:val="99"/>
    <w:unhideWhenUsed/>
    <w:rsid w:val="00AA1D8D"/>
    <w:pPr>
      <w:spacing w:after="120"/>
    </w:pPr>
  </w:style>
  <w:style w:type="character" w:customStyle="1" w:styleId="CorpodetextoCarter">
    <w:name w:val="Corpo de texto Caráter"/>
    <w:basedOn w:val="Tipodeletrapredefinidodopargrafo"/>
    <w:link w:val="Corpodetexto"/>
    <w:uiPriority w:val="99"/>
    <w:rsid w:val="00AA1D8D"/>
  </w:style>
  <w:style w:type="paragraph" w:styleId="Corpodetexto2">
    <w:name w:val="Body Text 2"/>
    <w:basedOn w:val="Normal"/>
    <w:link w:val="Corpodetexto2Carter"/>
    <w:uiPriority w:val="99"/>
    <w:unhideWhenUsed/>
    <w:rsid w:val="00AA1D8D"/>
    <w:pPr>
      <w:spacing w:after="120" w:line="480" w:lineRule="auto"/>
    </w:pPr>
  </w:style>
  <w:style w:type="character" w:customStyle="1" w:styleId="Corpodetexto2Carter">
    <w:name w:val="Corpo de texto 2 Caráter"/>
    <w:basedOn w:val="Tipodeletrapredefinidodopargrafo"/>
    <w:link w:val="Corpodetexto2"/>
    <w:uiPriority w:val="99"/>
    <w:rsid w:val="00AA1D8D"/>
  </w:style>
  <w:style w:type="paragraph" w:styleId="Corpodetexto3">
    <w:name w:val="Body Text 3"/>
    <w:basedOn w:val="Normal"/>
    <w:link w:val="Corpodetexto3Carter"/>
    <w:uiPriority w:val="99"/>
    <w:unhideWhenUsed/>
    <w:rsid w:val="00AA1D8D"/>
    <w:pPr>
      <w:spacing w:after="120"/>
    </w:pPr>
    <w:rPr>
      <w:sz w:val="16"/>
      <w:szCs w:val="16"/>
    </w:rPr>
  </w:style>
  <w:style w:type="character" w:customStyle="1" w:styleId="Corpodetexto3Carter">
    <w:name w:val="Corpo de texto 3 Caráter"/>
    <w:basedOn w:val="Tipodeletrapredefinidodopargraf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mmarcas">
    <w:name w:val="List Bullet"/>
    <w:basedOn w:val="Normal"/>
    <w:uiPriority w:val="99"/>
    <w:unhideWhenUsed/>
    <w:rsid w:val="00326F90"/>
    <w:pPr>
      <w:numPr>
        <w:numId w:val="1"/>
      </w:numPr>
      <w:contextualSpacing/>
    </w:pPr>
  </w:style>
  <w:style w:type="paragraph" w:styleId="Listacommarcas2">
    <w:name w:val="List Bullet 2"/>
    <w:basedOn w:val="Normal"/>
    <w:uiPriority w:val="99"/>
    <w:unhideWhenUsed/>
    <w:rsid w:val="00326F90"/>
    <w:pPr>
      <w:tabs>
        <w:tab w:val="num" w:pos="360"/>
      </w:tabs>
      <w:contextualSpacing/>
    </w:pPr>
  </w:style>
  <w:style w:type="paragraph" w:styleId="Listacommarcas3">
    <w:name w:val="List Bullet 3"/>
    <w:basedOn w:val="Normal"/>
    <w:uiPriority w:val="99"/>
    <w:unhideWhenUsed/>
    <w:rsid w:val="00326F90"/>
    <w:pPr>
      <w:tabs>
        <w:tab w:val="num" w:pos="360"/>
      </w:tabs>
      <w:contextualSpacing/>
    </w:pPr>
  </w:style>
  <w:style w:type="paragraph" w:styleId="Listanumerada">
    <w:name w:val="List Number"/>
    <w:basedOn w:val="Normal"/>
    <w:uiPriority w:val="99"/>
    <w:unhideWhenUsed/>
    <w:rsid w:val="00326F90"/>
    <w:pPr>
      <w:tabs>
        <w:tab w:val="num" w:pos="360"/>
      </w:tabs>
      <w:contextualSpacing/>
    </w:pPr>
  </w:style>
  <w:style w:type="paragraph" w:styleId="Listanumerada2">
    <w:name w:val="List Number 2"/>
    <w:basedOn w:val="Normal"/>
    <w:uiPriority w:val="99"/>
    <w:unhideWhenUsed/>
    <w:rsid w:val="0029639D"/>
    <w:pPr>
      <w:tabs>
        <w:tab w:val="num" w:pos="360"/>
      </w:tabs>
      <w:contextualSpacing/>
    </w:pPr>
  </w:style>
  <w:style w:type="paragraph" w:styleId="Listanumerada3">
    <w:name w:val="List Number 3"/>
    <w:basedOn w:val="Normal"/>
    <w:uiPriority w:val="99"/>
    <w:unhideWhenUsed/>
    <w:rsid w:val="0029639D"/>
    <w:pPr>
      <w:tabs>
        <w:tab w:val="num" w:pos="360"/>
      </w:tabs>
      <w:contextualSpacing/>
    </w:pPr>
  </w:style>
  <w:style w:type="paragraph" w:styleId="Listadecont">
    <w:name w:val="List Continue"/>
    <w:basedOn w:val="Normal"/>
    <w:uiPriority w:val="99"/>
    <w:unhideWhenUsed/>
    <w:rsid w:val="0029639D"/>
    <w:pPr>
      <w:spacing w:after="120"/>
      <w:ind w:left="360"/>
      <w:contextualSpacing/>
    </w:pPr>
  </w:style>
  <w:style w:type="paragraph" w:styleId="Listadecont2">
    <w:name w:val="List Continue 2"/>
    <w:basedOn w:val="Normal"/>
    <w:uiPriority w:val="99"/>
    <w:unhideWhenUsed/>
    <w:rsid w:val="0029639D"/>
    <w:pPr>
      <w:spacing w:after="120"/>
      <w:ind w:left="720"/>
      <w:contextualSpacing/>
    </w:pPr>
  </w:style>
  <w:style w:type="paragraph" w:styleId="Listadecont3">
    <w:name w:val="List Continue 3"/>
    <w:basedOn w:val="Normal"/>
    <w:uiPriority w:val="99"/>
    <w:unhideWhenUsed/>
    <w:rsid w:val="0029639D"/>
    <w:pPr>
      <w:spacing w:after="120"/>
      <w:ind w:left="1080"/>
      <w:contextualSpacing/>
    </w:pPr>
  </w:style>
  <w:style w:type="paragraph" w:styleId="Textodemacro">
    <w:name w:val="macro"/>
    <w:link w:val="TextodemacroCar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arter">
    <w:name w:val="Texto de macro Caráter"/>
    <w:basedOn w:val="Tipodeletrapredefinidodopargrafo"/>
    <w:link w:val="Textodemacro"/>
    <w:uiPriority w:val="99"/>
    <w:rsid w:val="0029639D"/>
    <w:rPr>
      <w:rFonts w:ascii="Courier" w:hAnsi="Courier"/>
      <w:sz w:val="20"/>
      <w:szCs w:val="20"/>
    </w:rPr>
  </w:style>
  <w:style w:type="paragraph" w:styleId="Citao">
    <w:name w:val="Quote"/>
    <w:basedOn w:val="Normal"/>
    <w:next w:val="Normal"/>
    <w:link w:val="CitaoCarter"/>
    <w:uiPriority w:val="29"/>
    <w:qFormat/>
    <w:rsid w:val="00FC693F"/>
    <w:rPr>
      <w:i/>
      <w:iCs/>
      <w:color w:val="000000" w:themeColor="text1"/>
    </w:rPr>
  </w:style>
  <w:style w:type="character" w:customStyle="1" w:styleId="CitaoCarter">
    <w:name w:val="Citação Caráter"/>
    <w:basedOn w:val="Tipodeletrapredefinidodopargrafo"/>
    <w:link w:val="Citao"/>
    <w:uiPriority w:val="29"/>
    <w:rsid w:val="00FC693F"/>
    <w:rPr>
      <w:i/>
      <w:iCs/>
      <w:color w:val="000000" w:themeColor="text1"/>
    </w:rPr>
  </w:style>
  <w:style w:type="character" w:customStyle="1" w:styleId="Ttulo4Carter">
    <w:name w:val="Título 4 Caráter"/>
    <w:basedOn w:val="Tipodeletrapredefinidodopargraf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ter">
    <w:name w:val="Título 5 Caráter"/>
    <w:basedOn w:val="Tipodeletrapredefinidodopargraf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ter">
    <w:name w:val="Título 6 Caráter"/>
    <w:basedOn w:val="Tipodeletrapredefinidodopargraf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ter">
    <w:name w:val="Título 7 Caráter"/>
    <w:basedOn w:val="Tipodeletrapredefinidodopargraf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ter">
    <w:name w:val="Título 8 Caráter"/>
    <w:basedOn w:val="Tipodeletrapredefinidodopargraf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ter">
    <w:name w:val="Título 9 Caráter"/>
    <w:basedOn w:val="Tipodeletrapredefinidodopargraf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rPr>
      <w:b/>
      <w:bCs/>
      <w:color w:val="4F81BD" w:themeColor="accent1"/>
      <w:sz w:val="18"/>
      <w:szCs w:val="18"/>
    </w:rPr>
  </w:style>
  <w:style w:type="character" w:styleId="Forte">
    <w:name w:val="Strong"/>
    <w:basedOn w:val="Tipodeletrapredefinidodopargrafo"/>
    <w:uiPriority w:val="22"/>
    <w:qFormat/>
    <w:rsid w:val="00FC693F"/>
    <w:rPr>
      <w:b/>
      <w:bCs/>
    </w:rPr>
  </w:style>
  <w:style w:type="character" w:styleId="nfase">
    <w:name w:val="Emphasis"/>
    <w:basedOn w:val="Tipodeletrapredefinidodopargrafo"/>
    <w:uiPriority w:val="20"/>
    <w:qFormat/>
    <w:rsid w:val="00FC693F"/>
    <w:rPr>
      <w:i/>
      <w:iCs/>
    </w:rPr>
  </w:style>
  <w:style w:type="paragraph" w:styleId="CitaoIntensa">
    <w:name w:val="Intense Quote"/>
    <w:basedOn w:val="Normal"/>
    <w:next w:val="Normal"/>
    <w:link w:val="CitaoIntensaCar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arter">
    <w:name w:val="Citação Intensa Caráter"/>
    <w:basedOn w:val="Tipodeletrapredefinidodopargrafo"/>
    <w:link w:val="CitaoIntensa"/>
    <w:uiPriority w:val="30"/>
    <w:rsid w:val="00FC693F"/>
    <w:rPr>
      <w:b/>
      <w:bCs/>
      <w:i/>
      <w:iCs/>
      <w:color w:val="4F81BD" w:themeColor="accent1"/>
    </w:rPr>
  </w:style>
  <w:style w:type="character" w:styleId="nfaseDiscreta">
    <w:name w:val="Subtle Emphasis"/>
    <w:basedOn w:val="Tipodeletrapredefinidodopargrafo"/>
    <w:uiPriority w:val="19"/>
    <w:qFormat/>
    <w:rsid w:val="00FC693F"/>
    <w:rPr>
      <w:i/>
      <w:iCs/>
      <w:color w:val="808080" w:themeColor="text1" w:themeTint="7F"/>
    </w:rPr>
  </w:style>
  <w:style w:type="character" w:styleId="nfaseIntensa">
    <w:name w:val="Intense Emphasis"/>
    <w:basedOn w:val="Tipodeletrapredefinidodopargrafo"/>
    <w:uiPriority w:val="21"/>
    <w:qFormat/>
    <w:rsid w:val="00FC693F"/>
    <w:rPr>
      <w:b/>
      <w:bCs/>
      <w:i/>
      <w:iCs/>
      <w:color w:val="4F81BD" w:themeColor="accent1"/>
    </w:rPr>
  </w:style>
  <w:style w:type="character" w:styleId="RefernciaDiscreta">
    <w:name w:val="Subtle Reference"/>
    <w:basedOn w:val="Tipodeletrapredefinidodopargrafo"/>
    <w:uiPriority w:val="31"/>
    <w:qFormat/>
    <w:rsid w:val="00FC693F"/>
    <w:rPr>
      <w:smallCaps/>
      <w:color w:val="C0504D" w:themeColor="accent2"/>
      <w:u w:val="single"/>
    </w:rPr>
  </w:style>
  <w:style w:type="character" w:styleId="RefernciaIntensa">
    <w:name w:val="Intense Reference"/>
    <w:basedOn w:val="Tipodeletrapredefinidodopargrafo"/>
    <w:uiPriority w:val="32"/>
    <w:qFormat/>
    <w:rsid w:val="00FC693F"/>
    <w:rPr>
      <w:b/>
      <w:bCs/>
      <w:smallCaps/>
      <w:color w:val="C0504D" w:themeColor="accent2"/>
      <w:spacing w:val="5"/>
      <w:u w:val="single"/>
    </w:rPr>
  </w:style>
  <w:style w:type="character" w:styleId="TtulodoLivro">
    <w:name w:val="Book Title"/>
    <w:basedOn w:val="Tipodeletrapredefinidodopargrafo"/>
    <w:uiPriority w:val="33"/>
    <w:qFormat/>
    <w:rsid w:val="00FC693F"/>
    <w:rPr>
      <w:b/>
      <w:bCs/>
      <w:smallCaps/>
      <w:spacing w:val="5"/>
    </w:rPr>
  </w:style>
  <w:style w:type="paragraph" w:styleId="Cabealhodondice">
    <w:name w:val="TOC Heading"/>
    <w:basedOn w:val="Ttulo1"/>
    <w:next w:val="Normal"/>
    <w:uiPriority w:val="39"/>
    <w:semiHidden/>
    <w:unhideWhenUsed/>
    <w:qFormat/>
    <w:rsid w:val="00FC693F"/>
    <w:pPr>
      <w:outlineLvl w:val="9"/>
    </w:pPr>
  </w:style>
  <w:style w:type="table" w:styleId="TabelacomGrelha">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Cor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Cor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Cor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Cor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Cor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Cor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Cor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Cor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Cor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Cor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Cor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Cor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elha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elhaClara-Cor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elhaClara-Cor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elhaClara-Cor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elhaClara-Cor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elhaClara-Cor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elhaClara-Cor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dio1-Cor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dio1-Cor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dio1-Cor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dio1-Cor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dio1-Cor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dio1-Cor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dio2-Cor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dio2-Cor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dio2-Cor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dio2-Cor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dio2-Cor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dio2-Cor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Cor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Cor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Cor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Cor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Cor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Cor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Cor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Cor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Cor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Cor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Cor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Cor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elha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elhaMdia1-Cor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elhaMdia1-Cor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elhaMdia1-Cor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elhaMdia1-Cor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elhaMdia1-Cor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elhaMdia1-Cor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elha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elhaMdia2-Cor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elhaMdia2-Cor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elhaMdia2-Cor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elhaMdia2-Cor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elhaMdia2-Cor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elhaMdia2-Cor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elha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elhaMdia3-Cor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elhaMdia3-Cor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elhaMdia3-Cor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elhaMdia3-Cor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elhaMdia3-Cor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elhaMdia3-Cor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Cor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Cor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Cor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Cor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Cor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Cor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Colorido-Cor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Colorido-Cor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Colorido-Cor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Colorido-Cor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Colorido-Cor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Colorido-Cor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Cor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Cor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Cor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Cor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Cor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Cor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elha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elhaColorida-Cor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elhaColorida-Cor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elhaColorida-Cor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elhaColorida-Cor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elhaColorida-Cor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elhaColorida-Cor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PESMInstruction">
    <w:name w:val="RPESM Instruction"/>
    <w:pPr>
      <w:spacing w:after="60" w:line="240" w:lineRule="auto"/>
    </w:pPr>
    <w:rPr>
      <w:rFonts w:ascii="Arial" w:hAnsi="Arial"/>
      <w:i/>
      <w:color w:val="66727A"/>
      <w:sz w:val="18"/>
    </w:rPr>
  </w:style>
  <w:style w:type="paragraph" w:customStyle="1" w:styleId="RPESMPlaceholder">
    <w:name w:val="RPESM Placeholder"/>
    <w:pPr>
      <w:spacing w:after="0" w:line="240" w:lineRule="auto"/>
    </w:pPr>
    <w:rPr>
      <w:rFonts w:ascii="Arial" w:hAnsi="Arial"/>
      <w:i/>
      <w:color w:val="66727A"/>
      <w:sz w:val="24"/>
    </w:rPr>
  </w:style>
  <w:style w:type="paragraph" w:customStyle="1" w:styleId="RPESMLabel">
    <w:name w:val="RPESM Label"/>
    <w:pPr>
      <w:spacing w:after="40" w:line="240" w:lineRule="auto"/>
    </w:pPr>
    <w:rPr>
      <w:rFonts w:ascii="Arial" w:hAnsi="Arial"/>
      <w:b/>
      <w:color w:val="174C6A"/>
      <w:sz w:val="24"/>
    </w:rPr>
  </w:style>
  <w:style w:type="paragraph" w:customStyle="1" w:styleId="RPESMCaption">
    <w:name w:val="RPESM Caption"/>
    <w:pPr>
      <w:spacing w:after="60" w:line="240" w:lineRule="auto"/>
    </w:pPr>
    <w:rPr>
      <w:rFonts w:ascii="Arial" w:hAnsi="Arial"/>
      <w:color w:val="263238"/>
      <w:sz w:val="19"/>
    </w:rPr>
  </w:style>
  <w:style w:type="paragraph" w:customStyle="1" w:styleId="RPESMSmall">
    <w:name w:val="RPESM Small"/>
    <w:pPr>
      <w:spacing w:after="40" w:line="240" w:lineRule="auto"/>
    </w:pPr>
    <w:rPr>
      <w:rFonts w:ascii="Arial" w:hAnsi="Arial"/>
      <w:color w:val="66727A"/>
      <w:sz w:val="17"/>
    </w:rPr>
  </w:style>
  <w:style w:type="paragraph" w:customStyle="1" w:styleId="RPESMDeclaration">
    <w:name w:val="RPESM Declaration"/>
    <w:pPr>
      <w:spacing w:after="80" w:line="240" w:lineRule="auto"/>
    </w:pPr>
    <w:rPr>
      <w:rFonts w:ascii="Arial" w:hAnsi="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873</Words>
  <Characters>5201</Characters>
  <Application>Microsoft Office Word</Application>
  <DocSecurity>0</DocSecurity>
  <Lines>110</Lines>
  <Paragraphs>101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 Artigo Metodológico</dc:title>
  <dc:subject>Documento oficial de apoio à submissão na RPESM</dc:subject>
  <dc:creator>Revista Portuguesa de Enfermagem de Saúde Mental</dc:creator>
  <cp:keywords>RPESM, submissão, manuscrito, autores</cp:keywords>
  <dc:description>generated by python-docx</dc:description>
  <cp:lastModifiedBy>Joana Coelho</cp:lastModifiedBy>
  <cp:revision>2</cp:revision>
  <dcterms:created xsi:type="dcterms:W3CDTF">2026-08-14T19:32:00Z</dcterms:created>
  <dcterms:modified xsi:type="dcterms:W3CDTF">2026-08-14T19:32:00Z</dcterms:modified>
  <cp:category/>
</cp:coreProperties>
</file>