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71FEE" w14:textId="77777777" w:rsidR="00EF7A30" w:rsidRDefault="00000000">
      <w:pPr>
        <w:pStyle w:val="Ttulo"/>
        <w:jc w:val="left"/>
      </w:pPr>
      <w:r>
        <w:t>TEMPLATE DE MANUSCRITO ANONIMIZADO</w:t>
      </w:r>
    </w:p>
    <w:p w14:paraId="6AD0D2D6" w14:textId="77777777" w:rsidR="00EF7A30" w:rsidRDefault="00000000">
      <w:pPr>
        <w:pStyle w:val="Subttulo"/>
      </w:pPr>
      <w:r>
        <w:t>Artigo de investigação</w:t>
      </w:r>
    </w:p>
    <w:tbl>
      <w:tblPr>
        <w:tblW w:w="9072" w:type="dxa"/>
        <w:tblInd w:w="140" w:type="dxa"/>
        <w:tblBorders>
          <w:top w:val="nil"/>
          <w:left w:val="nil"/>
          <w:bottom w:val="nil"/>
          <w:right w:val="nil"/>
          <w:insideH w:val="nil"/>
          <w:insideV w:val="nil"/>
        </w:tblBorders>
        <w:tblLayout w:type="fixed"/>
        <w:tblLook w:val="04A0" w:firstRow="1" w:lastRow="0" w:firstColumn="1" w:lastColumn="0" w:noHBand="0" w:noVBand="1"/>
      </w:tblPr>
      <w:tblGrid>
        <w:gridCol w:w="9072"/>
      </w:tblGrid>
      <w:tr w:rsidR="00EF7A30" w14:paraId="60B67470" w14:textId="77777777">
        <w:tc>
          <w:tcPr>
            <w:tcW w:w="9072" w:type="dxa"/>
            <w:tcBorders>
              <w:left w:val="single" w:sz="22" w:space="0" w:color="176A93"/>
            </w:tcBorders>
            <w:shd w:val="clear" w:color="auto" w:fill="EAF4F8"/>
            <w:tcMar>
              <w:top w:w="100" w:type="dxa"/>
              <w:left w:w="140" w:type="dxa"/>
              <w:bottom w:w="100" w:type="dxa"/>
              <w:right w:w="140" w:type="dxa"/>
            </w:tcMar>
          </w:tcPr>
          <w:p w14:paraId="683552CD" w14:textId="77777777" w:rsidR="00EF7A30" w:rsidRDefault="00000000">
            <w:r>
              <w:rPr>
                <w:rFonts w:eastAsia="Arial"/>
                <w:color w:val="263238"/>
                <w:sz w:val="18"/>
              </w:rPr>
              <w:t>Este ficheiro será utilizado na revisão duplamente cega. Não incluir nomes, afiliações, ORCID, contactos, agradecimentos identificativos nem outras pistas de autoria. Remover também os dados pessoais das propriedades do ficheiro. Substituir todo o texto entre parênteses retos e eliminar as instruções a cinzento antes da submissão.</w:t>
            </w:r>
          </w:p>
        </w:tc>
      </w:tr>
    </w:tbl>
    <w:p w14:paraId="529DD117" w14:textId="77777777" w:rsidR="00EF7A30" w:rsidRDefault="00EF7A30"/>
    <w:p w14:paraId="0B6B487C" w14:textId="77777777" w:rsidR="00EF7A30" w:rsidRDefault="00000000">
      <w:pPr>
        <w:spacing w:after="120"/>
        <w:jc w:val="center"/>
      </w:pPr>
      <w:r>
        <w:rPr>
          <w:rFonts w:eastAsia="Arial"/>
          <w:b/>
          <w:i/>
          <w:color w:val="66727A"/>
          <w:sz w:val="26"/>
        </w:rPr>
        <w:t>[Título em português: Máximo de 16 palavras; sem abreviaturas]</w:t>
      </w:r>
    </w:p>
    <w:p w14:paraId="2DC86A74" w14:textId="77777777" w:rsidR="00EF7A30" w:rsidRDefault="00000000">
      <w:pPr>
        <w:spacing w:after="120"/>
        <w:jc w:val="center"/>
      </w:pPr>
      <w:r>
        <w:rPr>
          <w:rFonts w:eastAsia="Arial"/>
          <w:b/>
          <w:i/>
          <w:color w:val="66727A"/>
          <w:sz w:val="26"/>
        </w:rPr>
        <w:t>[Title in English: Maximum 16 words; no abbreviations]</w:t>
      </w:r>
    </w:p>
    <w:p w14:paraId="7CA8C0D3" w14:textId="77777777" w:rsidR="00EF7A30" w:rsidRDefault="00000000">
      <w:pPr>
        <w:spacing w:after="120"/>
        <w:jc w:val="center"/>
      </w:pPr>
      <w:r>
        <w:rPr>
          <w:rFonts w:eastAsia="Arial"/>
          <w:b/>
          <w:i/>
          <w:color w:val="66727A"/>
          <w:sz w:val="26"/>
        </w:rPr>
        <w:t>[Título em espanhol: Máximo de 16 palabras; sin abreviaturas]</w:t>
      </w:r>
    </w:p>
    <w:p w14:paraId="70FA52F0" w14:textId="77777777" w:rsidR="00EF7A30" w:rsidRDefault="00000000">
      <w:pPr>
        <w:pStyle w:val="Ttulo1"/>
      </w:pPr>
      <w:r>
        <w:t>Resumo</w:t>
      </w:r>
    </w:p>
    <w:p w14:paraId="4E4CBDCB" w14:textId="77777777" w:rsidR="00EF7A30" w:rsidRDefault="00000000">
      <w:pPr>
        <w:pStyle w:val="RPESMInstruction"/>
      </w:pPr>
      <w:r>
        <w:t>Máximo de 250 palavras. Incluir entre três e quatro descritores DeCS/MeSH.</w:t>
      </w:r>
    </w:p>
    <w:p w14:paraId="7119F148" w14:textId="77777777" w:rsidR="00EF7A30" w:rsidRDefault="00000000">
      <w:r>
        <w:rPr>
          <w:rFonts w:eastAsia="Arial"/>
          <w:b/>
        </w:rPr>
        <w:t xml:space="preserve">Enquadramento: </w:t>
      </w:r>
      <w:r>
        <w:rPr>
          <w:rFonts w:eastAsia="Arial"/>
          <w:i/>
          <w:color w:val="66727A"/>
        </w:rPr>
        <w:t>[Inserir texto]</w:t>
      </w:r>
    </w:p>
    <w:p w14:paraId="0B4A3D83" w14:textId="77777777" w:rsidR="00EF7A30" w:rsidRDefault="00000000">
      <w:r>
        <w:rPr>
          <w:rFonts w:eastAsia="Arial"/>
          <w:b/>
        </w:rPr>
        <w:t xml:space="preserve">Objetivo: </w:t>
      </w:r>
      <w:r>
        <w:rPr>
          <w:rFonts w:eastAsia="Arial"/>
          <w:i/>
          <w:color w:val="66727A"/>
        </w:rPr>
        <w:t>[Inserir texto]</w:t>
      </w:r>
    </w:p>
    <w:p w14:paraId="3A2682DD" w14:textId="77777777" w:rsidR="00EF7A30" w:rsidRDefault="00000000">
      <w:r>
        <w:rPr>
          <w:rFonts w:eastAsia="Arial"/>
          <w:b/>
        </w:rPr>
        <w:t xml:space="preserve">Metodologia: </w:t>
      </w:r>
      <w:r>
        <w:rPr>
          <w:rFonts w:eastAsia="Arial"/>
          <w:i/>
          <w:color w:val="66727A"/>
        </w:rPr>
        <w:t>[Inserir texto]</w:t>
      </w:r>
    </w:p>
    <w:p w14:paraId="72771B91" w14:textId="77777777" w:rsidR="00EF7A30" w:rsidRDefault="00000000">
      <w:r>
        <w:rPr>
          <w:rFonts w:eastAsia="Arial"/>
          <w:b/>
        </w:rPr>
        <w:t xml:space="preserve">Resultados: </w:t>
      </w:r>
      <w:r>
        <w:rPr>
          <w:rFonts w:eastAsia="Arial"/>
          <w:i/>
          <w:color w:val="66727A"/>
        </w:rPr>
        <w:t>[Inserir texto]</w:t>
      </w:r>
    </w:p>
    <w:p w14:paraId="5E698E39" w14:textId="77777777" w:rsidR="00EF7A30" w:rsidRDefault="00000000">
      <w:r>
        <w:rPr>
          <w:rFonts w:eastAsia="Arial"/>
          <w:b/>
        </w:rPr>
        <w:t xml:space="preserve">Conclusão: </w:t>
      </w:r>
      <w:r>
        <w:rPr>
          <w:rFonts w:eastAsia="Arial"/>
          <w:i/>
          <w:color w:val="66727A"/>
        </w:rPr>
        <w:t>[Inserir texto]</w:t>
      </w:r>
    </w:p>
    <w:p w14:paraId="128206FD" w14:textId="77777777" w:rsidR="00EF7A30" w:rsidRDefault="00000000">
      <w:pPr>
        <w:spacing w:after="80"/>
      </w:pPr>
      <w:r>
        <w:rPr>
          <w:rFonts w:eastAsia="Arial"/>
          <w:b/>
        </w:rPr>
        <w:t xml:space="preserve">Palavras-chave: </w:t>
      </w:r>
      <w:r>
        <w:rPr>
          <w:rFonts w:eastAsia="Arial"/>
          <w:i/>
          <w:color w:val="66727A"/>
        </w:rPr>
        <w:t>[Inserir entre três e quatro descritores normalizados, separados por ponto e vírgula]</w:t>
      </w:r>
    </w:p>
    <w:p w14:paraId="2152C911" w14:textId="77777777" w:rsidR="00EF7A30" w:rsidRDefault="00000000">
      <w:pPr>
        <w:pStyle w:val="Ttulo1"/>
      </w:pPr>
      <w:r>
        <w:t>Abstract</w:t>
      </w:r>
    </w:p>
    <w:p w14:paraId="7FF84AA4" w14:textId="77777777" w:rsidR="00EF7A30" w:rsidRDefault="00000000">
      <w:pPr>
        <w:pStyle w:val="RPESMInstruction"/>
      </w:pPr>
      <w:r>
        <w:t>Maximum 250 words. Use clear scientific English and three to four MeSH terms.</w:t>
      </w:r>
    </w:p>
    <w:p w14:paraId="735481FE" w14:textId="77777777" w:rsidR="00EF7A30" w:rsidRDefault="00000000">
      <w:r>
        <w:rPr>
          <w:rFonts w:eastAsia="Arial"/>
          <w:b/>
        </w:rPr>
        <w:t xml:space="preserve">Background: </w:t>
      </w:r>
      <w:r>
        <w:rPr>
          <w:rFonts w:eastAsia="Arial"/>
          <w:i/>
          <w:color w:val="66727A"/>
        </w:rPr>
        <w:t>[Insert text]</w:t>
      </w:r>
    </w:p>
    <w:p w14:paraId="0C0BD667" w14:textId="77777777" w:rsidR="00EF7A30" w:rsidRDefault="00000000">
      <w:r>
        <w:rPr>
          <w:rFonts w:eastAsia="Arial"/>
          <w:b/>
        </w:rPr>
        <w:t xml:space="preserve">Aim: </w:t>
      </w:r>
      <w:r>
        <w:rPr>
          <w:rFonts w:eastAsia="Arial"/>
          <w:i/>
          <w:color w:val="66727A"/>
        </w:rPr>
        <w:t>[Insert text]</w:t>
      </w:r>
    </w:p>
    <w:p w14:paraId="3D2CDAE6" w14:textId="77777777" w:rsidR="00EF7A30" w:rsidRDefault="00000000">
      <w:r>
        <w:rPr>
          <w:rFonts w:eastAsia="Arial"/>
          <w:b/>
        </w:rPr>
        <w:t xml:space="preserve">Methods: </w:t>
      </w:r>
      <w:r>
        <w:rPr>
          <w:rFonts w:eastAsia="Arial"/>
          <w:i/>
          <w:color w:val="66727A"/>
        </w:rPr>
        <w:t>[Insert text]</w:t>
      </w:r>
    </w:p>
    <w:p w14:paraId="7CD68D35" w14:textId="77777777" w:rsidR="00EF7A30" w:rsidRDefault="00000000">
      <w:r>
        <w:rPr>
          <w:rFonts w:eastAsia="Arial"/>
          <w:b/>
        </w:rPr>
        <w:t xml:space="preserve">Results: </w:t>
      </w:r>
      <w:r>
        <w:rPr>
          <w:rFonts w:eastAsia="Arial"/>
          <w:i/>
          <w:color w:val="66727A"/>
        </w:rPr>
        <w:t>[Insert text]</w:t>
      </w:r>
    </w:p>
    <w:p w14:paraId="4DF41A6C" w14:textId="77777777" w:rsidR="00EF7A30" w:rsidRDefault="00000000">
      <w:r>
        <w:rPr>
          <w:rFonts w:eastAsia="Arial"/>
          <w:b/>
        </w:rPr>
        <w:t xml:space="preserve">Conclusion: </w:t>
      </w:r>
      <w:r>
        <w:rPr>
          <w:rFonts w:eastAsia="Arial"/>
          <w:i/>
          <w:color w:val="66727A"/>
        </w:rPr>
        <w:t>[Insert text]</w:t>
      </w:r>
    </w:p>
    <w:p w14:paraId="28A677EE" w14:textId="77777777" w:rsidR="00EF7A30" w:rsidRDefault="00000000">
      <w:pPr>
        <w:spacing w:after="80"/>
      </w:pPr>
      <w:r>
        <w:rPr>
          <w:rFonts w:eastAsia="Arial"/>
          <w:b/>
        </w:rPr>
        <w:t xml:space="preserve">Keywords: </w:t>
      </w:r>
      <w:r>
        <w:rPr>
          <w:rFonts w:eastAsia="Arial"/>
          <w:i/>
          <w:color w:val="66727A"/>
        </w:rPr>
        <w:t>[Insert three to four controlled terms, separated by semicolons]</w:t>
      </w:r>
    </w:p>
    <w:p w14:paraId="15539F02" w14:textId="77777777" w:rsidR="00EF7A30" w:rsidRDefault="00000000">
      <w:pPr>
        <w:pStyle w:val="Ttulo1"/>
      </w:pPr>
      <w:r>
        <w:t>Resumen</w:t>
      </w:r>
    </w:p>
    <w:p w14:paraId="4407D662" w14:textId="77777777" w:rsidR="00EF7A30" w:rsidRDefault="00000000">
      <w:pPr>
        <w:pStyle w:val="RPESMInstruction"/>
      </w:pPr>
      <w:r>
        <w:t>Máximo de 250 palabras. Incluir entre tres y cuatro descriptores DeCS/MeSH y mantener la equivalencia conceptual.</w:t>
      </w:r>
    </w:p>
    <w:p w14:paraId="7BB85274" w14:textId="77777777" w:rsidR="00EF7A30" w:rsidRDefault="00000000">
      <w:r>
        <w:rPr>
          <w:rFonts w:eastAsia="Arial"/>
          <w:b/>
        </w:rPr>
        <w:t xml:space="preserve">Contexto: </w:t>
      </w:r>
      <w:r>
        <w:rPr>
          <w:rFonts w:eastAsia="Arial"/>
          <w:i/>
          <w:color w:val="66727A"/>
        </w:rPr>
        <w:t>[Insertar texto]</w:t>
      </w:r>
    </w:p>
    <w:p w14:paraId="694018B6" w14:textId="77777777" w:rsidR="00EF7A30" w:rsidRDefault="00000000">
      <w:r>
        <w:rPr>
          <w:rFonts w:eastAsia="Arial"/>
          <w:b/>
        </w:rPr>
        <w:t xml:space="preserve">Objetivo: </w:t>
      </w:r>
      <w:r>
        <w:rPr>
          <w:rFonts w:eastAsia="Arial"/>
          <w:i/>
          <w:color w:val="66727A"/>
        </w:rPr>
        <w:t>[Insertar texto]</w:t>
      </w:r>
    </w:p>
    <w:p w14:paraId="5B00DF99" w14:textId="77777777" w:rsidR="00EF7A30" w:rsidRDefault="00000000">
      <w:r>
        <w:rPr>
          <w:rFonts w:eastAsia="Arial"/>
          <w:b/>
        </w:rPr>
        <w:t xml:space="preserve">Metodología: </w:t>
      </w:r>
      <w:r>
        <w:rPr>
          <w:rFonts w:eastAsia="Arial"/>
          <w:i/>
          <w:color w:val="66727A"/>
        </w:rPr>
        <w:t>[Insertar texto]</w:t>
      </w:r>
    </w:p>
    <w:p w14:paraId="4B8ED67C" w14:textId="77777777" w:rsidR="00EF7A30" w:rsidRDefault="00000000">
      <w:r>
        <w:rPr>
          <w:rFonts w:eastAsia="Arial"/>
          <w:b/>
        </w:rPr>
        <w:t xml:space="preserve">Resultados: </w:t>
      </w:r>
      <w:r>
        <w:rPr>
          <w:rFonts w:eastAsia="Arial"/>
          <w:i/>
          <w:color w:val="66727A"/>
        </w:rPr>
        <w:t>[Insertar texto]</w:t>
      </w:r>
    </w:p>
    <w:p w14:paraId="41C72E16" w14:textId="77777777" w:rsidR="00EF7A30" w:rsidRDefault="00000000">
      <w:r>
        <w:rPr>
          <w:rFonts w:eastAsia="Arial"/>
          <w:b/>
        </w:rPr>
        <w:t xml:space="preserve">Conclusión: </w:t>
      </w:r>
      <w:r>
        <w:rPr>
          <w:rFonts w:eastAsia="Arial"/>
          <w:i/>
          <w:color w:val="66727A"/>
        </w:rPr>
        <w:t>[Insertar texto]</w:t>
      </w:r>
    </w:p>
    <w:p w14:paraId="113FD012" w14:textId="77777777" w:rsidR="00EF7A30" w:rsidRDefault="00000000">
      <w:pPr>
        <w:spacing w:after="80"/>
      </w:pPr>
      <w:r>
        <w:rPr>
          <w:rFonts w:eastAsia="Arial"/>
          <w:b/>
        </w:rPr>
        <w:t xml:space="preserve">Palabras clave: </w:t>
      </w:r>
      <w:r>
        <w:rPr>
          <w:rFonts w:eastAsia="Arial"/>
          <w:i/>
          <w:color w:val="66727A"/>
        </w:rPr>
        <w:t>[Insertar entre tres y cuatro descriptores normalizados, separados por punto y coma]</w:t>
      </w:r>
    </w:p>
    <w:p w14:paraId="581E005B" w14:textId="77777777" w:rsidR="00EF7A30" w:rsidRDefault="00000000">
      <w:pPr>
        <w:pStyle w:val="Ttulo1"/>
      </w:pPr>
      <w:r>
        <w:t>Introdução</w:t>
      </w:r>
    </w:p>
    <w:p w14:paraId="12007748" w14:textId="77777777" w:rsidR="00EF7A30" w:rsidRDefault="00000000">
      <w:pPr>
        <w:pStyle w:val="RPESMInstruction"/>
      </w:pPr>
      <w:r>
        <w:t>Apresentar o problema, o estado atual do conhecimento, a relevância para a Enfermagem de Saúde Mental e Psiquiátrica e o objetivo ou questão de investigação. Evitar uma revisão excessivamente extensa.</w:t>
      </w:r>
    </w:p>
    <w:p w14:paraId="36ECBEED" w14:textId="77777777" w:rsidR="00EF7A30" w:rsidRDefault="00000000">
      <w:pPr>
        <w:pStyle w:val="RPESMPlaceholder"/>
      </w:pPr>
      <w:r>
        <w:lastRenderedPageBreak/>
        <w:t>[Inserir o texto do manuscrito.]</w:t>
      </w:r>
    </w:p>
    <w:p w14:paraId="336565A9" w14:textId="77777777" w:rsidR="00EF7A30" w:rsidRDefault="00000000">
      <w:pPr>
        <w:pStyle w:val="Ttulo1"/>
      </w:pPr>
      <w:r>
        <w:t>Metodologia</w:t>
      </w:r>
    </w:p>
    <w:p w14:paraId="53F9DCE2" w14:textId="77777777" w:rsidR="00EF7A30" w:rsidRDefault="00000000">
      <w:pPr>
        <w:pStyle w:val="RPESMInstruction"/>
      </w:pPr>
      <w:r>
        <w:t>Identificar o desenho, o contexto, a população/amostra, critérios de elegibilidade, variáveis, instrumentos, procedimentos de recolha, procedimentos de análise e medidas adotadas para garantir rigor e qualidade. Usar a diretriz de relato adequada ao desenho.</w:t>
      </w:r>
    </w:p>
    <w:p w14:paraId="339BB7CC" w14:textId="77777777" w:rsidR="00EF7A30" w:rsidRDefault="00000000">
      <w:pPr>
        <w:pStyle w:val="RPESMPlaceholder"/>
      </w:pPr>
      <w:r>
        <w:t>[Inserir o texto do manuscrito.]</w:t>
      </w:r>
    </w:p>
    <w:p w14:paraId="77E6E3F3" w14:textId="77777777" w:rsidR="00EF7A30" w:rsidRDefault="00000000">
      <w:pPr>
        <w:pStyle w:val="Ttulo2"/>
      </w:pPr>
      <w:r>
        <w:t>Desenho e contexto do estudo</w:t>
      </w:r>
    </w:p>
    <w:p w14:paraId="6FC3CF1F" w14:textId="77777777" w:rsidR="00EF7A30" w:rsidRDefault="00000000">
      <w:pPr>
        <w:pStyle w:val="RPESMPlaceholder"/>
      </w:pPr>
      <w:r>
        <w:t>[Descrever desenho, datas, locais e enquadramento.]</w:t>
      </w:r>
    </w:p>
    <w:p w14:paraId="45EDBD31" w14:textId="77777777" w:rsidR="00EF7A30" w:rsidRDefault="00000000">
      <w:pPr>
        <w:pStyle w:val="Ttulo2"/>
      </w:pPr>
      <w:r>
        <w:t>Participantes e amostra</w:t>
      </w:r>
    </w:p>
    <w:p w14:paraId="4C7FCE0D" w14:textId="77777777" w:rsidR="00EF7A30" w:rsidRDefault="00000000">
      <w:pPr>
        <w:pStyle w:val="RPESMPlaceholder"/>
      </w:pPr>
      <w:r>
        <w:t>[Descrever população, recrutamento, critérios, dimensão e justificação da amostra.]</w:t>
      </w:r>
    </w:p>
    <w:p w14:paraId="5E10ACFA" w14:textId="77777777" w:rsidR="00EF7A30" w:rsidRDefault="00000000">
      <w:pPr>
        <w:pStyle w:val="Ttulo2"/>
      </w:pPr>
      <w:r>
        <w:t>Instrumentos e procedimentos</w:t>
      </w:r>
    </w:p>
    <w:p w14:paraId="40C8CE02" w14:textId="77777777" w:rsidR="00EF7A30" w:rsidRDefault="00000000">
      <w:pPr>
        <w:pStyle w:val="RPESMPlaceholder"/>
      </w:pPr>
      <w:r>
        <w:t>[Descrever instrumentos, propriedades psicométricas, intervenções/exposições e recolha de dados.]</w:t>
      </w:r>
    </w:p>
    <w:p w14:paraId="7293FEBC" w14:textId="77777777" w:rsidR="00EF7A30" w:rsidRDefault="00000000">
      <w:pPr>
        <w:pStyle w:val="Ttulo2"/>
      </w:pPr>
      <w:r>
        <w:t>Análise dos dados</w:t>
      </w:r>
    </w:p>
    <w:p w14:paraId="32A07499" w14:textId="77777777" w:rsidR="00EF7A30" w:rsidRDefault="00000000">
      <w:pPr>
        <w:pStyle w:val="RPESMPlaceholder"/>
      </w:pPr>
      <w:r>
        <w:t>[Descrever métodos de análise, software e tratamento de dados ausentes; para estudos qualitativos, explicitar reflexividade e rigor.]</w:t>
      </w:r>
    </w:p>
    <w:p w14:paraId="50A5E6A0" w14:textId="77777777" w:rsidR="00EF7A30" w:rsidRDefault="00000000">
      <w:pPr>
        <w:pStyle w:val="Ttulo2"/>
      </w:pPr>
      <w:r>
        <w:t>Considerações éticas</w:t>
      </w:r>
    </w:p>
    <w:p w14:paraId="078D6830" w14:textId="77777777" w:rsidR="00EF7A30" w:rsidRDefault="00000000">
      <w:pPr>
        <w:pStyle w:val="RPESMPlaceholder"/>
      </w:pPr>
      <w:r>
        <w:t>[Descrever aprovação ética, consentimento, proteção de dados e registo do estudo, quando aplicável; anonimizar instituições durante a revisão.]</w:t>
      </w:r>
    </w:p>
    <w:p w14:paraId="56E2A7AB" w14:textId="77777777" w:rsidR="00EF7A30" w:rsidRDefault="00000000">
      <w:pPr>
        <w:pStyle w:val="Ttulo1"/>
      </w:pPr>
      <w:r>
        <w:t>Resultados</w:t>
      </w:r>
    </w:p>
    <w:p w14:paraId="504727BB" w14:textId="77777777" w:rsidR="00EF7A30" w:rsidRDefault="00000000">
      <w:pPr>
        <w:pStyle w:val="RPESMInstruction"/>
      </w:pPr>
      <w:r>
        <w:t>Apresentar os resultados de forma objetiva e coerente com os objetivos e os métodos. Não duplicar integralmente no texto a informação das tabelas e figuras.</w:t>
      </w:r>
    </w:p>
    <w:p w14:paraId="54CC1E41" w14:textId="77777777" w:rsidR="00EF7A30" w:rsidRDefault="00000000">
      <w:pPr>
        <w:pStyle w:val="RPESMPlaceholder"/>
      </w:pPr>
      <w:r>
        <w:t>[Inserir resultados.]</w:t>
      </w:r>
    </w:p>
    <w:p w14:paraId="35B17DFA" w14:textId="77777777" w:rsidR="00EF7A30" w:rsidRDefault="00000000">
      <w:pPr>
        <w:pStyle w:val="Ttulo2"/>
      </w:pPr>
      <w:r>
        <w:t>Exemplo de tabela</w:t>
      </w:r>
    </w:p>
    <w:p w14:paraId="753ABBE7" w14:textId="77777777" w:rsidR="00EF7A30" w:rsidRDefault="00000000">
      <w:pPr>
        <w:pStyle w:val="RPESMCaption"/>
      </w:pPr>
      <w:r>
        <w:rPr>
          <w:rFonts w:eastAsia="Arial"/>
          <w:b/>
        </w:rPr>
        <w:t>Tabela 1</w:t>
      </w:r>
      <w:r>
        <w:rPr>
          <w:rFonts w:eastAsia="Arial"/>
          <w:b/>
        </w:rPr>
        <w:br/>
      </w:r>
      <w:r>
        <w:rPr>
          <w:rFonts w:eastAsia="Arial"/>
          <w:i/>
        </w:rPr>
        <w:t>Título conciso e informativo da tabela</w:t>
      </w:r>
    </w:p>
    <w:tbl>
      <w:tblPr>
        <w:tblW w:w="9072" w:type="dxa"/>
        <w:tblInd w:w="90" w:type="dxa"/>
        <w:tblBorders>
          <w:top w:val="single" w:sz="4" w:space="0" w:color="AEBFC7"/>
          <w:left w:val="single" w:sz="4" w:space="0" w:color="AEBFC7"/>
          <w:bottom w:val="single" w:sz="4" w:space="0" w:color="AEBFC7"/>
          <w:right w:val="single" w:sz="4" w:space="0" w:color="AEBFC7"/>
          <w:insideH w:val="single" w:sz="4" w:space="0" w:color="AEBFC7"/>
          <w:insideV w:val="single" w:sz="4" w:space="0" w:color="AEBFC7"/>
        </w:tblBorders>
        <w:tblLayout w:type="fixed"/>
        <w:tblLook w:val="04A0" w:firstRow="1" w:lastRow="0" w:firstColumn="1" w:lastColumn="0" w:noHBand="0" w:noVBand="1"/>
      </w:tblPr>
      <w:tblGrid>
        <w:gridCol w:w="4447"/>
        <w:gridCol w:w="2312"/>
        <w:gridCol w:w="2313"/>
      </w:tblGrid>
      <w:tr w:rsidR="00EF7A30" w14:paraId="1E721DE4" w14:textId="77777777">
        <w:trPr>
          <w:cantSplit/>
          <w:tblHeader/>
        </w:trPr>
        <w:tc>
          <w:tcPr>
            <w:tcW w:w="4447" w:type="dxa"/>
            <w:shd w:val="clear" w:color="auto" w:fill="EAF4F8"/>
            <w:tcMar>
              <w:top w:w="70" w:type="dxa"/>
              <w:left w:w="90" w:type="dxa"/>
              <w:bottom w:w="70" w:type="dxa"/>
              <w:right w:w="90" w:type="dxa"/>
            </w:tcMar>
            <w:vAlign w:val="center"/>
          </w:tcPr>
          <w:p w14:paraId="6947962F" w14:textId="77777777" w:rsidR="00EF7A30" w:rsidRDefault="00000000">
            <w:pPr>
              <w:jc w:val="left"/>
            </w:pPr>
            <w:r>
              <w:rPr>
                <w:rFonts w:eastAsia="Arial"/>
                <w:sz w:val="18"/>
              </w:rPr>
              <w:t>Variável</w:t>
            </w:r>
          </w:p>
        </w:tc>
        <w:tc>
          <w:tcPr>
            <w:tcW w:w="2312" w:type="dxa"/>
            <w:shd w:val="clear" w:color="auto" w:fill="EAF4F8"/>
            <w:tcMar>
              <w:top w:w="70" w:type="dxa"/>
              <w:left w:w="90" w:type="dxa"/>
              <w:bottom w:w="70" w:type="dxa"/>
              <w:right w:w="90" w:type="dxa"/>
            </w:tcMar>
            <w:vAlign w:val="center"/>
          </w:tcPr>
          <w:p w14:paraId="7A598048" w14:textId="77777777" w:rsidR="00EF7A30" w:rsidRDefault="00000000">
            <w:pPr>
              <w:jc w:val="center"/>
            </w:pPr>
            <w:r>
              <w:rPr>
                <w:rFonts w:eastAsia="Arial"/>
                <w:sz w:val="18"/>
              </w:rPr>
              <w:t>Grupo 1</w:t>
            </w:r>
          </w:p>
        </w:tc>
        <w:tc>
          <w:tcPr>
            <w:tcW w:w="2313" w:type="dxa"/>
            <w:shd w:val="clear" w:color="auto" w:fill="EAF4F8"/>
            <w:tcMar>
              <w:top w:w="70" w:type="dxa"/>
              <w:left w:w="90" w:type="dxa"/>
              <w:bottom w:w="70" w:type="dxa"/>
              <w:right w:w="90" w:type="dxa"/>
            </w:tcMar>
            <w:vAlign w:val="center"/>
          </w:tcPr>
          <w:p w14:paraId="569B49FC" w14:textId="77777777" w:rsidR="00EF7A30" w:rsidRDefault="00000000">
            <w:pPr>
              <w:jc w:val="center"/>
            </w:pPr>
            <w:r>
              <w:rPr>
                <w:rFonts w:eastAsia="Arial"/>
                <w:sz w:val="18"/>
              </w:rPr>
              <w:t>Grupo 2</w:t>
            </w:r>
          </w:p>
        </w:tc>
      </w:tr>
      <w:tr w:rsidR="00EF7A30" w14:paraId="1F85BC62" w14:textId="77777777">
        <w:trPr>
          <w:cantSplit/>
        </w:trPr>
        <w:tc>
          <w:tcPr>
            <w:tcW w:w="4447" w:type="dxa"/>
            <w:tcMar>
              <w:top w:w="70" w:type="dxa"/>
              <w:left w:w="90" w:type="dxa"/>
              <w:bottom w:w="70" w:type="dxa"/>
              <w:right w:w="90" w:type="dxa"/>
            </w:tcMar>
            <w:vAlign w:val="center"/>
          </w:tcPr>
          <w:p w14:paraId="1AF18966" w14:textId="77777777" w:rsidR="00EF7A30" w:rsidRDefault="00000000">
            <w:pPr>
              <w:jc w:val="left"/>
            </w:pPr>
            <w:r>
              <w:rPr>
                <w:rFonts w:eastAsia="Arial"/>
                <w:sz w:val="18"/>
              </w:rPr>
              <w:t>[Variável 1]</w:t>
            </w:r>
          </w:p>
        </w:tc>
        <w:tc>
          <w:tcPr>
            <w:tcW w:w="2312" w:type="dxa"/>
            <w:tcMar>
              <w:top w:w="70" w:type="dxa"/>
              <w:left w:w="90" w:type="dxa"/>
              <w:bottom w:w="70" w:type="dxa"/>
              <w:right w:w="90" w:type="dxa"/>
            </w:tcMar>
            <w:vAlign w:val="center"/>
          </w:tcPr>
          <w:p w14:paraId="3F30D22A" w14:textId="77777777" w:rsidR="00EF7A30" w:rsidRDefault="00000000">
            <w:pPr>
              <w:jc w:val="center"/>
            </w:pPr>
            <w:r>
              <w:rPr>
                <w:rFonts w:eastAsia="Arial"/>
                <w:sz w:val="18"/>
              </w:rPr>
              <w:t>[valor]</w:t>
            </w:r>
          </w:p>
        </w:tc>
        <w:tc>
          <w:tcPr>
            <w:tcW w:w="2313" w:type="dxa"/>
            <w:tcMar>
              <w:top w:w="70" w:type="dxa"/>
              <w:left w:w="90" w:type="dxa"/>
              <w:bottom w:w="70" w:type="dxa"/>
              <w:right w:w="90" w:type="dxa"/>
            </w:tcMar>
            <w:vAlign w:val="center"/>
          </w:tcPr>
          <w:p w14:paraId="4EFB735E" w14:textId="77777777" w:rsidR="00EF7A30" w:rsidRDefault="00000000">
            <w:pPr>
              <w:jc w:val="center"/>
            </w:pPr>
            <w:r>
              <w:rPr>
                <w:rFonts w:eastAsia="Arial"/>
                <w:sz w:val="18"/>
              </w:rPr>
              <w:t>[valor]</w:t>
            </w:r>
          </w:p>
        </w:tc>
      </w:tr>
      <w:tr w:rsidR="00EF7A30" w14:paraId="1C7B10D2" w14:textId="77777777">
        <w:trPr>
          <w:cantSplit/>
        </w:trPr>
        <w:tc>
          <w:tcPr>
            <w:tcW w:w="4447" w:type="dxa"/>
            <w:tcMar>
              <w:top w:w="70" w:type="dxa"/>
              <w:left w:w="90" w:type="dxa"/>
              <w:bottom w:w="70" w:type="dxa"/>
              <w:right w:w="90" w:type="dxa"/>
            </w:tcMar>
            <w:vAlign w:val="center"/>
          </w:tcPr>
          <w:p w14:paraId="6898D045" w14:textId="77777777" w:rsidR="00EF7A30" w:rsidRDefault="00000000">
            <w:pPr>
              <w:jc w:val="left"/>
            </w:pPr>
            <w:r>
              <w:rPr>
                <w:rFonts w:eastAsia="Arial"/>
                <w:sz w:val="18"/>
              </w:rPr>
              <w:t>[Variável 2]</w:t>
            </w:r>
          </w:p>
        </w:tc>
        <w:tc>
          <w:tcPr>
            <w:tcW w:w="2312" w:type="dxa"/>
            <w:tcMar>
              <w:top w:w="70" w:type="dxa"/>
              <w:left w:w="90" w:type="dxa"/>
              <w:bottom w:w="70" w:type="dxa"/>
              <w:right w:w="90" w:type="dxa"/>
            </w:tcMar>
            <w:vAlign w:val="center"/>
          </w:tcPr>
          <w:p w14:paraId="497ACAA5" w14:textId="77777777" w:rsidR="00EF7A30" w:rsidRDefault="00000000">
            <w:pPr>
              <w:jc w:val="center"/>
            </w:pPr>
            <w:r>
              <w:rPr>
                <w:rFonts w:eastAsia="Arial"/>
                <w:sz w:val="18"/>
              </w:rPr>
              <w:t>[valor]</w:t>
            </w:r>
          </w:p>
        </w:tc>
        <w:tc>
          <w:tcPr>
            <w:tcW w:w="2313" w:type="dxa"/>
            <w:tcMar>
              <w:top w:w="70" w:type="dxa"/>
              <w:left w:w="90" w:type="dxa"/>
              <w:bottom w:w="70" w:type="dxa"/>
              <w:right w:w="90" w:type="dxa"/>
            </w:tcMar>
            <w:vAlign w:val="center"/>
          </w:tcPr>
          <w:p w14:paraId="06BD0525" w14:textId="77777777" w:rsidR="00EF7A30" w:rsidRDefault="00000000">
            <w:pPr>
              <w:jc w:val="center"/>
            </w:pPr>
            <w:r>
              <w:rPr>
                <w:rFonts w:eastAsia="Arial"/>
                <w:sz w:val="18"/>
              </w:rPr>
              <w:t>[valor]</w:t>
            </w:r>
          </w:p>
        </w:tc>
      </w:tr>
    </w:tbl>
    <w:p w14:paraId="3840FA7E" w14:textId="77777777" w:rsidR="00EF7A30" w:rsidRDefault="00000000">
      <w:pPr>
        <w:pStyle w:val="RPESMCaption"/>
        <w:spacing w:before="60"/>
      </w:pPr>
      <w:r>
        <w:t>Nota. Definir abreviaturas e indicar a fonte quando a tabela não for original.</w:t>
      </w:r>
    </w:p>
    <w:p w14:paraId="2FD68213" w14:textId="77777777" w:rsidR="00EF7A30" w:rsidRDefault="00000000">
      <w:pPr>
        <w:pStyle w:val="Ttulo2"/>
      </w:pPr>
      <w:r>
        <w:t>Exemplo de figura</w:t>
      </w:r>
    </w:p>
    <w:p w14:paraId="5348E59F" w14:textId="77777777" w:rsidR="00EF7A30" w:rsidRDefault="00000000">
      <w:pPr>
        <w:pStyle w:val="RPESMPlaceholder"/>
      </w:pPr>
      <w:r>
        <w:t>[Inserir a figura com resolução e legibilidade adequadas.]</w:t>
      </w:r>
    </w:p>
    <w:p w14:paraId="2E9DF2FC" w14:textId="77777777" w:rsidR="00EF7A30" w:rsidRDefault="00000000">
      <w:pPr>
        <w:pStyle w:val="RPESMCaption"/>
      </w:pPr>
      <w:r>
        <w:rPr>
          <w:rFonts w:eastAsia="Arial"/>
          <w:b/>
        </w:rPr>
        <w:t xml:space="preserve">Figura 1. </w:t>
      </w:r>
      <w:r>
        <w:rPr>
          <w:rFonts w:eastAsia="Arial"/>
        </w:rPr>
        <w:t>Título ou legenda da figura. Indicar a fonte e a autorização de reprodução, quando aplicável.</w:t>
      </w:r>
    </w:p>
    <w:p w14:paraId="7C7F6870" w14:textId="77777777" w:rsidR="00EF7A30" w:rsidRDefault="00000000">
      <w:pPr>
        <w:pStyle w:val="Ttulo1"/>
      </w:pPr>
      <w:r>
        <w:t>Discussão</w:t>
      </w:r>
    </w:p>
    <w:p w14:paraId="3ED6880C" w14:textId="77777777" w:rsidR="00EF7A30" w:rsidRDefault="00000000">
      <w:pPr>
        <w:pStyle w:val="RPESMInstruction"/>
      </w:pPr>
      <w:r>
        <w:t>Interpretar criticamente os resultados, confrontá-los com evidência relevante, explicitar o contributo do estudo e apresentar limitações sem ultrapassar os dados.</w:t>
      </w:r>
    </w:p>
    <w:p w14:paraId="472E1BD6" w14:textId="77777777" w:rsidR="00EF7A30" w:rsidRDefault="00000000">
      <w:pPr>
        <w:pStyle w:val="RPESMPlaceholder"/>
      </w:pPr>
      <w:r>
        <w:t>[Inserir discussão.]</w:t>
      </w:r>
    </w:p>
    <w:p w14:paraId="4EEEB4A9" w14:textId="77777777" w:rsidR="00EF7A30" w:rsidRDefault="00000000">
      <w:pPr>
        <w:pStyle w:val="Ttulo1"/>
      </w:pPr>
      <w:r>
        <w:lastRenderedPageBreak/>
        <w:t>Conclusão</w:t>
      </w:r>
    </w:p>
    <w:p w14:paraId="3695A205" w14:textId="77777777" w:rsidR="00EF7A30" w:rsidRDefault="00000000">
      <w:pPr>
        <w:pStyle w:val="RPESMPlaceholder"/>
      </w:pPr>
      <w:r>
        <w:t>[Responder ao objetivo ou questão de investigação sem introduzir resultados novos.]</w:t>
      </w:r>
    </w:p>
    <w:p w14:paraId="25755F80" w14:textId="77777777" w:rsidR="00EF7A30" w:rsidRDefault="00000000">
      <w:pPr>
        <w:pStyle w:val="Ttulo1"/>
      </w:pPr>
      <w:r>
        <w:t>Implicações para a prática clínica</w:t>
      </w:r>
    </w:p>
    <w:p w14:paraId="22DD887E" w14:textId="77777777" w:rsidR="00EF7A30" w:rsidRDefault="00000000">
      <w:pPr>
        <w:pStyle w:val="RPESMPlaceholder"/>
      </w:pPr>
      <w:r>
        <w:t>[Explicitar implicações realistas para os cuidados, a educação, a gestão, a investigação ou as políticas de saúde mental.]</w:t>
      </w:r>
    </w:p>
    <w:p w14:paraId="27CA1F32" w14:textId="77777777" w:rsidR="00EF7A30" w:rsidRDefault="00000000">
      <w:pPr>
        <w:pStyle w:val="Ttulo1"/>
      </w:pPr>
      <w:r>
        <w:t>Declarações finais</w:t>
      </w:r>
    </w:p>
    <w:p w14:paraId="101B7757" w14:textId="77777777" w:rsidR="00EF7A30" w:rsidRDefault="00000000">
      <w:pPr>
        <w:pStyle w:val="RPESMInstruction"/>
      </w:pPr>
      <w:r>
        <w:t>Durante a revisão duplamente cega, não devem ser introduzidos nomes, iniciais, instituições, números de projeto ou ligações que permitam identificar os autores. A informação completa deve constar da Página de Título e ser reintegrada no manuscrito após aceitação.</w:t>
      </w:r>
    </w:p>
    <w:p w14:paraId="08BE0499" w14:textId="77777777" w:rsidR="00EF7A30" w:rsidRDefault="00000000">
      <w:pPr>
        <w:spacing w:after="60"/>
      </w:pPr>
      <w:r>
        <w:rPr>
          <w:rFonts w:eastAsia="Arial"/>
          <w:b/>
          <w:color w:val="174C6A"/>
        </w:rPr>
        <w:t xml:space="preserve">Aprovação ética: </w:t>
      </w:r>
      <w:r>
        <w:rPr>
          <w:rFonts w:eastAsia="Arial"/>
          <w:i/>
          <w:color w:val="66727A"/>
        </w:rPr>
        <w:t>[Indicar parecer e referência ou: Informação suprimida para revisão duplamente cega / Não aplicável, com justificação.]</w:t>
      </w:r>
    </w:p>
    <w:p w14:paraId="7CC319B3" w14:textId="77777777" w:rsidR="00EF7A30" w:rsidRDefault="00000000">
      <w:pPr>
        <w:spacing w:after="60"/>
      </w:pPr>
      <w:r>
        <w:rPr>
          <w:rFonts w:eastAsia="Arial"/>
          <w:b/>
          <w:color w:val="174C6A"/>
        </w:rPr>
        <w:t xml:space="preserve">Consentimento informado: </w:t>
      </w:r>
      <w:r>
        <w:rPr>
          <w:rFonts w:eastAsia="Arial"/>
          <w:i/>
          <w:color w:val="66727A"/>
        </w:rPr>
        <w:t>[Indicar como foi obtido ou justificar a não aplicabilidade.]</w:t>
      </w:r>
    </w:p>
    <w:p w14:paraId="63BDEA1A" w14:textId="77777777" w:rsidR="00EF7A30" w:rsidRDefault="00000000">
      <w:pPr>
        <w:spacing w:after="60"/>
      </w:pPr>
      <w:r>
        <w:rPr>
          <w:rFonts w:eastAsia="Arial"/>
          <w:b/>
          <w:color w:val="174C6A"/>
        </w:rPr>
        <w:t xml:space="preserve">Consentimento para publicação: </w:t>
      </w:r>
      <w:r>
        <w:rPr>
          <w:rFonts w:eastAsia="Arial"/>
          <w:i/>
          <w:color w:val="66727A"/>
        </w:rPr>
        <w:t>[Indicar quando existam dados potencialmente identificáveis; caso contrário, escrever Não aplicável.]</w:t>
      </w:r>
    </w:p>
    <w:p w14:paraId="07CACDE0" w14:textId="77777777" w:rsidR="00EF7A30" w:rsidRDefault="00000000">
      <w:pPr>
        <w:spacing w:after="60"/>
      </w:pPr>
      <w:r>
        <w:rPr>
          <w:rFonts w:eastAsia="Arial"/>
          <w:b/>
          <w:color w:val="174C6A"/>
        </w:rPr>
        <w:t xml:space="preserve">Contributos dos autores: </w:t>
      </w:r>
      <w:r>
        <w:rPr>
          <w:rFonts w:eastAsia="Arial"/>
          <w:i/>
          <w:color w:val="66727A"/>
        </w:rPr>
        <w:t>[Informação completa apresentada na Página de Título segundo a taxonomia CRediT; suprimida neste ficheiro durante a revisão.]</w:t>
      </w:r>
    </w:p>
    <w:p w14:paraId="0A48C978" w14:textId="77777777" w:rsidR="00EF7A30" w:rsidRDefault="00000000">
      <w:pPr>
        <w:spacing w:after="60"/>
      </w:pPr>
      <w:r>
        <w:rPr>
          <w:rFonts w:eastAsia="Arial"/>
          <w:b/>
          <w:color w:val="174C6A"/>
        </w:rPr>
        <w:t xml:space="preserve">Conflitos de interesses: </w:t>
      </w:r>
      <w:r>
        <w:rPr>
          <w:rFonts w:eastAsia="Arial"/>
          <w:i/>
          <w:color w:val="66727A"/>
        </w:rPr>
        <w:t>[Declarar a existência ou inexistência de conflitos de interesses.]</w:t>
      </w:r>
    </w:p>
    <w:p w14:paraId="2565B1D3" w14:textId="77777777" w:rsidR="00EF7A30" w:rsidRDefault="00000000">
      <w:pPr>
        <w:spacing w:after="60"/>
      </w:pPr>
      <w:r>
        <w:rPr>
          <w:rFonts w:eastAsia="Arial"/>
          <w:b/>
          <w:color w:val="174C6A"/>
        </w:rPr>
        <w:t xml:space="preserve">Financiamento: </w:t>
      </w:r>
      <w:r>
        <w:rPr>
          <w:rFonts w:eastAsia="Arial"/>
          <w:i/>
          <w:color w:val="66727A"/>
        </w:rPr>
        <w:t>[Identificar o financiador e a referência do financiamento ou escrever: Este trabalho não recebeu financiamento específico.]</w:t>
      </w:r>
    </w:p>
    <w:p w14:paraId="4963AC17" w14:textId="77777777" w:rsidR="00EF7A30" w:rsidRDefault="00000000">
      <w:pPr>
        <w:spacing w:after="60"/>
      </w:pPr>
      <w:r>
        <w:rPr>
          <w:rFonts w:eastAsia="Arial"/>
          <w:b/>
          <w:color w:val="174C6A"/>
        </w:rPr>
        <w:t xml:space="preserve">Disponibilidade dos dados: </w:t>
      </w:r>
      <w:r>
        <w:rPr>
          <w:rFonts w:eastAsia="Arial"/>
          <w:i/>
          <w:color w:val="66727A"/>
        </w:rPr>
        <w:t>[Indicar repositório e identificador persistente, disponibilidade mediante pedido, restrições justificadas ou não aplicabilidade.]</w:t>
      </w:r>
    </w:p>
    <w:p w14:paraId="0FCDD04A" w14:textId="77777777" w:rsidR="00EF7A30" w:rsidRDefault="00000000">
      <w:pPr>
        <w:spacing w:after="60"/>
      </w:pPr>
      <w:r>
        <w:rPr>
          <w:rFonts w:eastAsia="Arial"/>
          <w:b/>
          <w:color w:val="174C6A"/>
        </w:rPr>
        <w:t xml:space="preserve">Agradecimentos: </w:t>
      </w:r>
      <w:r>
        <w:rPr>
          <w:rFonts w:eastAsia="Arial"/>
          <w:i/>
          <w:color w:val="66727A"/>
        </w:rPr>
        <w:t>[Inserir apenas após aceitação se puderem identificar pessoas ou instituições; escrever Não aplicável quando não existam.]</w:t>
      </w:r>
    </w:p>
    <w:p w14:paraId="65BC69DE" w14:textId="77777777" w:rsidR="00EF7A30" w:rsidRDefault="00000000">
      <w:pPr>
        <w:spacing w:after="60"/>
      </w:pPr>
      <w:r>
        <w:rPr>
          <w:rFonts w:eastAsia="Arial"/>
          <w:b/>
          <w:color w:val="174C6A"/>
        </w:rPr>
        <w:t xml:space="preserve">Utilização de inteligência artificial generativa: </w:t>
      </w:r>
      <w:r>
        <w:rPr>
          <w:rFonts w:eastAsia="Arial"/>
          <w:i/>
          <w:color w:val="66727A"/>
        </w:rPr>
        <w:t>[Declarar não utilização ou identificar ferramenta, versão, finalidade, partes afetadas e procedimentos de verificação humana.]</w:t>
      </w:r>
    </w:p>
    <w:p w14:paraId="08365254" w14:textId="77777777" w:rsidR="00EF7A30" w:rsidRDefault="00000000">
      <w:pPr>
        <w:pStyle w:val="Ttulo1"/>
      </w:pPr>
      <w:r>
        <w:t>Referências bibliográficas</w:t>
      </w:r>
    </w:p>
    <w:p w14:paraId="27010A7A" w14:textId="77777777" w:rsidR="00EF7A30" w:rsidRDefault="00000000">
      <w:pPr>
        <w:pStyle w:val="RPESMInstruction"/>
      </w:pPr>
      <w:r>
        <w:t>Aplicar a norma APA, 7.ª edição. Ordenar alfabeticamente pelo apelido do primeiro autor, usar recuo suspenso de 1,27 cm e apresentar o DOI, quando exista, no formato https://doi.org/… Eliminar estes exemplos antes da submissão.</w:t>
      </w:r>
    </w:p>
    <w:p w14:paraId="6DFBB95E" w14:textId="77777777" w:rsidR="00EF7A30" w:rsidRDefault="00000000">
      <w:pPr>
        <w:pStyle w:val="RPESMPlaceholder"/>
        <w:ind w:left="720" w:hanging="720"/>
      </w:pPr>
      <w:r>
        <w:rPr>
          <w:rFonts w:eastAsia="Arial"/>
          <w:sz w:val="21"/>
        </w:rPr>
        <w:t>Apelido, A. A., &amp; Apelido, B. B. (Ano). Título do artigo. Título da Revista, volume(número), xx–xx. https://doi.org/xxxxx</w:t>
      </w:r>
    </w:p>
    <w:p w14:paraId="6D033D30" w14:textId="77777777" w:rsidR="00EF7A30" w:rsidRDefault="00000000">
      <w:pPr>
        <w:pStyle w:val="RPESMPlaceholder"/>
        <w:ind w:left="720" w:hanging="720"/>
      </w:pPr>
      <w:r>
        <w:rPr>
          <w:rFonts w:eastAsia="Arial"/>
          <w:sz w:val="21"/>
        </w:rPr>
        <w:t>Apelido, A. A. (Ano). Título do livro. Editora. https://doi.org/xxxxx</w:t>
      </w:r>
    </w:p>
    <w:p w14:paraId="304F45F6" w14:textId="77777777" w:rsidR="00EF7A30" w:rsidRDefault="00000000">
      <w:pPr>
        <w:pStyle w:val="RPESMPlaceholder"/>
        <w:ind w:left="720" w:hanging="720"/>
      </w:pPr>
      <w:r>
        <w:rPr>
          <w:rFonts w:eastAsia="Arial"/>
          <w:sz w:val="21"/>
        </w:rPr>
        <w:t>Organização. (Ano, mês dia). Título da página ou relatório. URL</w:t>
      </w:r>
    </w:p>
    <w:sectPr w:rsidR="00EF7A30" w:rsidSect="00034616">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369" w:footer="65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0F471" w14:textId="77777777" w:rsidR="00995CAA" w:rsidRDefault="00995CAA">
      <w:r>
        <w:separator/>
      </w:r>
    </w:p>
  </w:endnote>
  <w:endnote w:type="continuationSeparator" w:id="0">
    <w:p w14:paraId="37145DDC" w14:textId="77777777" w:rsidR="00995CAA" w:rsidRDefault="00995C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43ECA" w14:textId="77777777" w:rsidR="00EF7A30" w:rsidRDefault="00EF7A30">
    <w:pPr>
      <w:pStyle w:val="Rodap"/>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6804"/>
      <w:gridCol w:w="2268"/>
    </w:tblGrid>
    <w:tr w:rsidR="00EF7A30" w14:paraId="2299F0F9" w14:textId="77777777">
      <w:tc>
        <w:tcPr>
          <w:tcW w:w="6804" w:type="dxa"/>
          <w:tcBorders>
            <w:top w:val="single" w:sz="5" w:space="0" w:color="C8D6DC"/>
          </w:tcBorders>
          <w:tcMar>
            <w:top w:w="30" w:type="dxa"/>
            <w:left w:w="0" w:type="dxa"/>
            <w:bottom w:w="0" w:type="dxa"/>
            <w:right w:w="0" w:type="dxa"/>
          </w:tcMar>
        </w:tcPr>
        <w:p w14:paraId="7E49CD61" w14:textId="77777777" w:rsidR="00EF7A30" w:rsidRDefault="00000000">
          <w:r>
            <w:rPr>
              <w:rFonts w:eastAsia="Arial"/>
              <w:color w:val="66727A"/>
              <w:sz w:val="15"/>
            </w:rPr>
            <w:t>RPESM | Versão 1.0 — agosto de 2026 | revista.aspesm@gmail.com</w:t>
          </w:r>
        </w:p>
      </w:tc>
      <w:tc>
        <w:tcPr>
          <w:tcW w:w="2268" w:type="dxa"/>
          <w:tcBorders>
            <w:top w:val="single" w:sz="5" w:space="0" w:color="C8D6DC"/>
          </w:tcBorders>
          <w:tcMar>
            <w:top w:w="30" w:type="dxa"/>
            <w:left w:w="0" w:type="dxa"/>
            <w:bottom w:w="0" w:type="dxa"/>
            <w:right w:w="0" w:type="dxa"/>
          </w:tcMar>
        </w:tcPr>
        <w:p w14:paraId="70590822" w14:textId="77777777" w:rsidR="00EF7A30" w:rsidRDefault="00000000">
          <w:pPr>
            <w:jc w:val="right"/>
          </w:pPr>
          <w:r>
            <w:rPr>
              <w:rFonts w:eastAsia="Arial"/>
              <w:color w:val="66727A"/>
              <w:sz w:val="15"/>
            </w:rPr>
            <w:t xml:space="preserve">Página </w:t>
          </w:r>
          <w:r>
            <w:rPr>
              <w:rFonts w:eastAsia="Arial"/>
              <w:color w:val="66727A"/>
              <w:sz w:val="17"/>
            </w:rPr>
            <w:fldChar w:fldCharType="begin"/>
          </w:r>
          <w:r>
            <w:rPr>
              <w:rFonts w:eastAsia="Arial"/>
              <w:color w:val="66727A"/>
              <w:sz w:val="17"/>
            </w:rPr>
            <w:instrText xml:space="preserve"> PAGE </w:instrText>
          </w:r>
          <w:r>
            <w:rPr>
              <w:rFonts w:eastAsia="Arial"/>
              <w:color w:val="66727A"/>
              <w:sz w:val="17"/>
            </w:rPr>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A8FA" w14:textId="77777777" w:rsidR="00EF7A30" w:rsidRDefault="00EF7A30">
    <w:pPr>
      <w:pStyle w:val="Rodap"/>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6804"/>
      <w:gridCol w:w="2268"/>
    </w:tblGrid>
    <w:tr w:rsidR="00EF7A30" w14:paraId="20653B4C" w14:textId="77777777">
      <w:tc>
        <w:tcPr>
          <w:tcW w:w="6804" w:type="dxa"/>
          <w:tcBorders>
            <w:top w:val="single" w:sz="5" w:space="0" w:color="C8D6DC"/>
          </w:tcBorders>
          <w:tcMar>
            <w:top w:w="30" w:type="dxa"/>
            <w:left w:w="0" w:type="dxa"/>
            <w:bottom w:w="0" w:type="dxa"/>
            <w:right w:w="0" w:type="dxa"/>
          </w:tcMar>
        </w:tcPr>
        <w:p w14:paraId="30ED6E17" w14:textId="77777777" w:rsidR="00EF7A30" w:rsidRDefault="00000000">
          <w:r>
            <w:rPr>
              <w:rFonts w:eastAsia="Arial"/>
              <w:color w:val="66727A"/>
              <w:sz w:val="15"/>
            </w:rPr>
            <w:t>RPESM | Versão 1.0 — agosto de 2026 | revista.aspesm@gmail.com</w:t>
          </w:r>
        </w:p>
      </w:tc>
      <w:tc>
        <w:tcPr>
          <w:tcW w:w="2268" w:type="dxa"/>
          <w:tcBorders>
            <w:top w:val="single" w:sz="5" w:space="0" w:color="C8D6DC"/>
          </w:tcBorders>
          <w:tcMar>
            <w:top w:w="30" w:type="dxa"/>
            <w:left w:w="0" w:type="dxa"/>
            <w:bottom w:w="0" w:type="dxa"/>
            <w:right w:w="0" w:type="dxa"/>
          </w:tcMar>
        </w:tcPr>
        <w:p w14:paraId="1FA53815" w14:textId="77777777" w:rsidR="00EF7A30" w:rsidRDefault="00000000">
          <w:pPr>
            <w:jc w:val="right"/>
          </w:pPr>
          <w:r>
            <w:rPr>
              <w:rFonts w:eastAsia="Arial"/>
              <w:color w:val="66727A"/>
              <w:sz w:val="15"/>
            </w:rPr>
            <w:t xml:space="preserve">Página </w:t>
          </w:r>
          <w:r>
            <w:rPr>
              <w:rFonts w:eastAsia="Arial"/>
              <w:color w:val="66727A"/>
              <w:sz w:val="17"/>
            </w:rPr>
            <w:fldChar w:fldCharType="begin"/>
          </w:r>
          <w:r>
            <w:rPr>
              <w:rFonts w:eastAsia="Arial"/>
              <w:color w:val="66727A"/>
              <w:sz w:val="17"/>
            </w:rPr>
            <w:instrText xml:space="preserve"> PAGE </w:instrText>
          </w:r>
          <w:r w:rsidR="00BE2444">
            <w:rPr>
              <w:rFonts w:eastAsia="Arial"/>
              <w:color w:val="66727A"/>
              <w:sz w:val="17"/>
            </w:rPr>
            <w:fldChar w:fldCharType="separate"/>
          </w:r>
          <w:r w:rsidR="00BE2444">
            <w:rPr>
              <w:rFonts w:eastAsia="Arial"/>
              <w:noProof/>
              <w:color w:val="66727A"/>
              <w:sz w:val="17"/>
            </w:rPr>
            <w:t>1</w:t>
          </w:r>
          <w:r>
            <w:rPr>
              <w:rFonts w:eastAsia="Arial"/>
              <w:color w:val="66727A"/>
              <w:sz w:val="17"/>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86729" w14:textId="77777777" w:rsidR="00EF7A30" w:rsidRDefault="00EF7A30">
    <w:pPr>
      <w:pStyle w:val="Rodap"/>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6804"/>
      <w:gridCol w:w="2268"/>
    </w:tblGrid>
    <w:tr w:rsidR="00EF7A30" w14:paraId="7C1338B0" w14:textId="77777777">
      <w:tc>
        <w:tcPr>
          <w:tcW w:w="6804" w:type="dxa"/>
          <w:tcBorders>
            <w:top w:val="single" w:sz="5" w:space="0" w:color="C8D6DC"/>
          </w:tcBorders>
          <w:tcMar>
            <w:top w:w="30" w:type="dxa"/>
            <w:left w:w="0" w:type="dxa"/>
            <w:bottom w:w="0" w:type="dxa"/>
            <w:right w:w="0" w:type="dxa"/>
          </w:tcMar>
        </w:tcPr>
        <w:p w14:paraId="77DA82E8" w14:textId="77777777" w:rsidR="00EF7A30" w:rsidRDefault="00000000">
          <w:r>
            <w:rPr>
              <w:rFonts w:eastAsia="Arial"/>
              <w:color w:val="66727A"/>
              <w:sz w:val="15"/>
            </w:rPr>
            <w:t>RPESM | Versão 1.0 — agosto de 2026 | revista.aspesm@gmail.com</w:t>
          </w:r>
        </w:p>
      </w:tc>
      <w:tc>
        <w:tcPr>
          <w:tcW w:w="2268" w:type="dxa"/>
          <w:tcBorders>
            <w:top w:val="single" w:sz="5" w:space="0" w:color="C8D6DC"/>
          </w:tcBorders>
          <w:tcMar>
            <w:top w:w="30" w:type="dxa"/>
            <w:left w:w="0" w:type="dxa"/>
            <w:bottom w:w="0" w:type="dxa"/>
            <w:right w:w="0" w:type="dxa"/>
          </w:tcMar>
        </w:tcPr>
        <w:p w14:paraId="14DCF798" w14:textId="77777777" w:rsidR="00EF7A30" w:rsidRDefault="00000000">
          <w:pPr>
            <w:jc w:val="right"/>
          </w:pPr>
          <w:r>
            <w:rPr>
              <w:rFonts w:eastAsia="Arial"/>
              <w:color w:val="66727A"/>
              <w:sz w:val="15"/>
            </w:rPr>
            <w:t xml:space="preserve">Página </w:t>
          </w:r>
          <w:r>
            <w:rPr>
              <w:rFonts w:eastAsia="Arial"/>
              <w:color w:val="66727A"/>
              <w:sz w:val="17"/>
            </w:rPr>
            <w:fldChar w:fldCharType="begin"/>
          </w:r>
          <w:r>
            <w:rPr>
              <w:rFonts w:eastAsia="Arial"/>
              <w:color w:val="66727A"/>
              <w:sz w:val="17"/>
            </w:rPr>
            <w:instrText xml:space="preserve"> PAGE </w:instrText>
          </w:r>
          <w:r>
            <w:rPr>
              <w:rFonts w:eastAsia="Arial"/>
              <w:color w:val="66727A"/>
              <w:sz w:val="17"/>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CDFDF" w14:textId="77777777" w:rsidR="00995CAA" w:rsidRDefault="00995CAA">
      <w:r>
        <w:separator/>
      </w:r>
    </w:p>
  </w:footnote>
  <w:footnote w:type="continuationSeparator" w:id="0">
    <w:p w14:paraId="5AC31B44" w14:textId="77777777" w:rsidR="00995CAA" w:rsidRDefault="00995C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1479" w14:textId="77777777" w:rsidR="00EF7A30" w:rsidRDefault="00EF7A30">
    <w:pPr>
      <w:pStyle w:val="Cabealho"/>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1067"/>
      <w:gridCol w:w="8005"/>
    </w:tblGrid>
    <w:tr w:rsidR="00EF7A30" w14:paraId="5FED21E0" w14:textId="77777777">
      <w:tc>
        <w:tcPr>
          <w:tcW w:w="1067" w:type="dxa"/>
          <w:tcBorders>
            <w:bottom w:val="single" w:sz="10" w:space="0" w:color="3C8C4A"/>
          </w:tcBorders>
          <w:tcMar>
            <w:top w:w="0" w:type="dxa"/>
            <w:left w:w="0" w:type="dxa"/>
            <w:bottom w:w="35" w:type="dxa"/>
            <w:right w:w="0" w:type="dxa"/>
          </w:tcMar>
          <w:vAlign w:val="center"/>
        </w:tcPr>
        <w:p w14:paraId="5CA425DF" w14:textId="77777777" w:rsidR="00EF7A30" w:rsidRDefault="00000000">
          <w:pPr>
            <w:jc w:val="left"/>
          </w:pPr>
          <w:r>
            <w:rPr>
              <w:noProof/>
            </w:rPr>
            <w:drawing>
              <wp:inline distT="0" distB="0" distL="0" distR="0" wp14:anchorId="62289FED" wp14:editId="4B8C3D8F">
                <wp:extent cx="420624" cy="408957"/>
                <wp:effectExtent l="0" t="0" r="0" b="0"/>
                <wp:docPr id="1097041891" name="Picture 1" descr="Logótipo da Revista Portuguesa de Enfermagem de Saúde Mental" title="Logótipo RPE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ESM_Imagem 1(3).png"/>
                        <pic:cNvPicPr/>
                      </pic:nvPicPr>
                      <pic:blipFill>
                        <a:blip r:embed="rId1"/>
                        <a:stretch>
                          <a:fillRect/>
                        </a:stretch>
                      </pic:blipFill>
                      <pic:spPr>
                        <a:xfrm>
                          <a:off x="0" y="0"/>
                          <a:ext cx="420624" cy="408957"/>
                        </a:xfrm>
                        <a:prstGeom prst="rect">
                          <a:avLst/>
                        </a:prstGeom>
                      </pic:spPr>
                    </pic:pic>
                  </a:graphicData>
                </a:graphic>
              </wp:inline>
            </w:drawing>
          </w:r>
        </w:p>
      </w:tc>
      <w:tc>
        <w:tcPr>
          <w:tcW w:w="8005" w:type="dxa"/>
          <w:tcBorders>
            <w:bottom w:val="single" w:sz="10" w:space="0" w:color="3C8C4A"/>
          </w:tcBorders>
          <w:tcMar>
            <w:top w:w="0" w:type="dxa"/>
            <w:left w:w="0" w:type="dxa"/>
            <w:bottom w:w="35" w:type="dxa"/>
            <w:right w:w="0" w:type="dxa"/>
          </w:tcMar>
          <w:vAlign w:val="center"/>
        </w:tcPr>
        <w:p w14:paraId="204DB388" w14:textId="77777777" w:rsidR="00EF7A30" w:rsidRDefault="00000000">
          <w:pPr>
            <w:jc w:val="right"/>
          </w:pPr>
          <w:r>
            <w:rPr>
              <w:rFonts w:eastAsia="Arial"/>
              <w:b/>
              <w:color w:val="174C6A"/>
              <w:sz w:val="17"/>
            </w:rPr>
            <w:t>REVISTA PORTUGUESA DE ENFERMAGEM DE SAÚDE MENTAL</w:t>
          </w:r>
          <w:r>
            <w:br/>
          </w:r>
          <w:r>
            <w:rPr>
              <w:rFonts w:eastAsia="Arial"/>
              <w:b/>
              <w:color w:val="3C8C4A"/>
              <w:sz w:val="15"/>
            </w:rPr>
            <w:t>TEMPLATE — ARTIGO DE INVESTIGAÇÃO</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6292" w14:textId="77777777" w:rsidR="00EF7A30" w:rsidRDefault="00EF7A30">
    <w:pPr>
      <w:pStyle w:val="Cabealho"/>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1067"/>
      <w:gridCol w:w="8005"/>
    </w:tblGrid>
    <w:tr w:rsidR="00EF7A30" w14:paraId="41E9A5BF" w14:textId="77777777">
      <w:tc>
        <w:tcPr>
          <w:tcW w:w="1067" w:type="dxa"/>
          <w:tcBorders>
            <w:bottom w:val="single" w:sz="10" w:space="0" w:color="3C8C4A"/>
          </w:tcBorders>
          <w:tcMar>
            <w:top w:w="0" w:type="dxa"/>
            <w:left w:w="0" w:type="dxa"/>
            <w:bottom w:w="35" w:type="dxa"/>
            <w:right w:w="0" w:type="dxa"/>
          </w:tcMar>
          <w:vAlign w:val="center"/>
        </w:tcPr>
        <w:p w14:paraId="0EB6673D" w14:textId="77777777" w:rsidR="00EF7A30" w:rsidRDefault="00000000">
          <w:pPr>
            <w:jc w:val="left"/>
          </w:pPr>
          <w:r>
            <w:rPr>
              <w:noProof/>
            </w:rPr>
            <w:drawing>
              <wp:inline distT="0" distB="0" distL="0" distR="0" wp14:anchorId="5E227775" wp14:editId="6B4D9B8B">
                <wp:extent cx="420624" cy="408957"/>
                <wp:effectExtent l="0" t="0" r="0" b="0"/>
                <wp:docPr id="1" name="Picture 1" descr="Logótipo da Revista Portuguesa de Enfermagem de Saúde Mental" title="Logótipo RPE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ESM_Imagem 1(3).png"/>
                        <pic:cNvPicPr/>
                      </pic:nvPicPr>
                      <pic:blipFill>
                        <a:blip r:embed="rId1"/>
                        <a:stretch>
                          <a:fillRect/>
                        </a:stretch>
                      </pic:blipFill>
                      <pic:spPr>
                        <a:xfrm>
                          <a:off x="0" y="0"/>
                          <a:ext cx="420624" cy="408957"/>
                        </a:xfrm>
                        <a:prstGeom prst="rect">
                          <a:avLst/>
                        </a:prstGeom>
                      </pic:spPr>
                    </pic:pic>
                  </a:graphicData>
                </a:graphic>
              </wp:inline>
            </w:drawing>
          </w:r>
        </w:p>
      </w:tc>
      <w:tc>
        <w:tcPr>
          <w:tcW w:w="8005" w:type="dxa"/>
          <w:tcBorders>
            <w:bottom w:val="single" w:sz="10" w:space="0" w:color="3C8C4A"/>
          </w:tcBorders>
          <w:tcMar>
            <w:top w:w="0" w:type="dxa"/>
            <w:left w:w="0" w:type="dxa"/>
            <w:bottom w:w="35" w:type="dxa"/>
            <w:right w:w="0" w:type="dxa"/>
          </w:tcMar>
          <w:vAlign w:val="center"/>
        </w:tcPr>
        <w:p w14:paraId="06A34DBB" w14:textId="77777777" w:rsidR="00EF7A30" w:rsidRDefault="00000000">
          <w:pPr>
            <w:jc w:val="right"/>
          </w:pPr>
          <w:r>
            <w:rPr>
              <w:rFonts w:eastAsia="Arial"/>
              <w:b/>
              <w:color w:val="174C6A"/>
              <w:sz w:val="17"/>
            </w:rPr>
            <w:t>REVISTA PORTUGUESA DE ENFERMAGEM DE SAÚDE MENTAL</w:t>
          </w:r>
          <w:r>
            <w:br/>
          </w:r>
          <w:r>
            <w:rPr>
              <w:rFonts w:eastAsia="Arial"/>
              <w:b/>
              <w:color w:val="3C8C4A"/>
              <w:sz w:val="15"/>
            </w:rPr>
            <w:t>TEMPLATE — ARTIGO DE INVESTIGAÇÃO</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64B34" w14:textId="77777777" w:rsidR="00EF7A30" w:rsidRDefault="00EF7A30">
    <w:pPr>
      <w:pStyle w:val="Cabealho"/>
      <w:spacing w:line="20" w:lineRule="exact"/>
    </w:pP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1067"/>
      <w:gridCol w:w="8005"/>
    </w:tblGrid>
    <w:tr w:rsidR="00EF7A30" w14:paraId="5CC7CA46" w14:textId="77777777">
      <w:tc>
        <w:tcPr>
          <w:tcW w:w="1067" w:type="dxa"/>
          <w:tcBorders>
            <w:bottom w:val="single" w:sz="10" w:space="0" w:color="3C8C4A"/>
          </w:tcBorders>
          <w:tcMar>
            <w:top w:w="0" w:type="dxa"/>
            <w:left w:w="0" w:type="dxa"/>
            <w:bottom w:w="35" w:type="dxa"/>
            <w:right w:w="0" w:type="dxa"/>
          </w:tcMar>
          <w:vAlign w:val="center"/>
        </w:tcPr>
        <w:p w14:paraId="044FE4B5" w14:textId="77777777" w:rsidR="00EF7A30" w:rsidRDefault="00000000">
          <w:pPr>
            <w:jc w:val="left"/>
          </w:pPr>
          <w:r>
            <w:rPr>
              <w:noProof/>
            </w:rPr>
            <w:drawing>
              <wp:inline distT="0" distB="0" distL="0" distR="0" wp14:anchorId="1B550DBF" wp14:editId="28FD21BE">
                <wp:extent cx="420624" cy="408957"/>
                <wp:effectExtent l="0" t="0" r="0" b="0"/>
                <wp:docPr id="2102329264" name="Picture 1" descr="Logótipo da Revista Portuguesa de Enfermagem de Saúde Mental" title="Logótipo RPE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PESM_Imagem 1(3).png"/>
                        <pic:cNvPicPr/>
                      </pic:nvPicPr>
                      <pic:blipFill>
                        <a:blip r:embed="rId1"/>
                        <a:stretch>
                          <a:fillRect/>
                        </a:stretch>
                      </pic:blipFill>
                      <pic:spPr>
                        <a:xfrm>
                          <a:off x="0" y="0"/>
                          <a:ext cx="420624" cy="408957"/>
                        </a:xfrm>
                        <a:prstGeom prst="rect">
                          <a:avLst/>
                        </a:prstGeom>
                      </pic:spPr>
                    </pic:pic>
                  </a:graphicData>
                </a:graphic>
              </wp:inline>
            </w:drawing>
          </w:r>
        </w:p>
      </w:tc>
      <w:tc>
        <w:tcPr>
          <w:tcW w:w="8005" w:type="dxa"/>
          <w:tcBorders>
            <w:bottom w:val="single" w:sz="10" w:space="0" w:color="3C8C4A"/>
          </w:tcBorders>
          <w:tcMar>
            <w:top w:w="0" w:type="dxa"/>
            <w:left w:w="0" w:type="dxa"/>
            <w:bottom w:w="35" w:type="dxa"/>
            <w:right w:w="0" w:type="dxa"/>
          </w:tcMar>
          <w:vAlign w:val="center"/>
        </w:tcPr>
        <w:p w14:paraId="0805ACEE" w14:textId="77777777" w:rsidR="00EF7A30" w:rsidRDefault="00000000">
          <w:pPr>
            <w:jc w:val="right"/>
          </w:pPr>
          <w:r>
            <w:rPr>
              <w:rFonts w:eastAsia="Arial"/>
              <w:b/>
              <w:color w:val="174C6A"/>
              <w:sz w:val="17"/>
            </w:rPr>
            <w:t>REVISTA PORTUGUESA DE ENFERMAGEM DE SAÚDE MENTAL</w:t>
          </w:r>
          <w:r>
            <w:br/>
          </w:r>
          <w:r>
            <w:rPr>
              <w:rFonts w:eastAsia="Arial"/>
              <w:b/>
              <w:color w:val="3C8C4A"/>
              <w:sz w:val="15"/>
            </w:rPr>
            <w:t>TEMPLATE — ARTIGO DE INVESTIGAÇÃO</w: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9336413"/>
    <w:multiLevelType w:val="singleLevel"/>
    <w:tmpl w:val="F1AC10FE"/>
    <w:lvl w:ilvl="0">
      <w:start w:val="1"/>
      <w:numFmt w:val="decimal"/>
      <w:pStyle w:val="Listacommarcas"/>
      <w:lvlText w:val="%1."/>
      <w:lvlJc w:val="left"/>
      <w:pPr>
        <w:tabs>
          <w:tab w:val="num" w:pos="540"/>
        </w:tabs>
        <w:spacing w:after="80" w:line="240" w:lineRule="auto"/>
        <w:ind w:left="540" w:hanging="270"/>
      </w:pPr>
    </w:lvl>
  </w:abstractNum>
  <w:abstractNum w:abstractNumId="10" w15:restartNumberingAfterBreak="0">
    <w:nsid w:val="7FA77020"/>
    <w:multiLevelType w:val="singleLevel"/>
    <w:tmpl w:val="9F367D6E"/>
    <w:lvl w:ilvl="0">
      <w:start w:val="1"/>
      <w:numFmt w:val="bullet"/>
      <w:lvlText w:val="•"/>
      <w:lvlJc w:val="left"/>
      <w:pPr>
        <w:tabs>
          <w:tab w:val="num" w:pos="540"/>
        </w:tabs>
        <w:spacing w:after="80" w:line="240" w:lineRule="auto"/>
        <w:ind w:left="540" w:hanging="270"/>
      </w:pPr>
      <w:rPr>
        <w:rFonts w:ascii="Arial" w:hAnsi="Arial"/>
      </w:rPr>
    </w:lvl>
  </w:abstractNum>
  <w:num w:numId="1" w16cid:durableId="6971276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63AB3"/>
    <w:rsid w:val="00995CAA"/>
    <w:rsid w:val="00AA1D8D"/>
    <w:rsid w:val="00B47730"/>
    <w:rsid w:val="00BE2444"/>
    <w:rsid w:val="00CB0664"/>
    <w:rsid w:val="00EF7A3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78CE77"/>
  <w14:defaultImageDpi w14:val="300"/>
  <w15:docId w15:val="{3141B981-6AC4-4712-AECC-9BBD6D074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jc w:val="both"/>
    </w:pPr>
    <w:rPr>
      <w:rFonts w:ascii="Arial" w:hAnsi="Arial"/>
      <w:color w:val="000000"/>
      <w:sz w:val="24"/>
    </w:rPr>
  </w:style>
  <w:style w:type="paragraph" w:styleId="Ttulo1">
    <w:name w:val="heading 1"/>
    <w:basedOn w:val="Normal"/>
    <w:next w:val="Normal"/>
    <w:link w:val="Ttulo1Carter"/>
    <w:uiPriority w:val="9"/>
    <w:qFormat/>
    <w:rsid w:val="00FC693F"/>
    <w:pPr>
      <w:keepNext/>
      <w:keepLines/>
      <w:spacing w:before="280" w:after="120"/>
      <w:outlineLvl w:val="0"/>
    </w:pPr>
    <w:rPr>
      <w:rFonts w:asciiTheme="majorHAnsi" w:eastAsiaTheme="majorEastAsia" w:hAnsiTheme="majorHAnsi" w:cstheme="majorBidi"/>
      <w:b/>
      <w:bCs/>
      <w:color w:val="174C6A"/>
      <w:sz w:val="30"/>
      <w:szCs w:val="28"/>
    </w:rPr>
  </w:style>
  <w:style w:type="paragraph" w:styleId="Ttulo2">
    <w:name w:val="heading 2"/>
    <w:basedOn w:val="Normal"/>
    <w:next w:val="Normal"/>
    <w:link w:val="Ttulo2Carter"/>
    <w:uiPriority w:val="9"/>
    <w:unhideWhenUsed/>
    <w:qFormat/>
    <w:rsid w:val="00FC693F"/>
    <w:pPr>
      <w:keepNext/>
      <w:keepLines/>
      <w:spacing w:before="200" w:after="80"/>
      <w:outlineLvl w:val="1"/>
    </w:pPr>
    <w:rPr>
      <w:rFonts w:asciiTheme="majorHAnsi" w:eastAsiaTheme="majorEastAsia" w:hAnsiTheme="majorHAnsi" w:cstheme="majorBidi"/>
      <w:b/>
      <w:bCs/>
      <w:color w:val="3C8C4A"/>
      <w:sz w:val="25"/>
      <w:szCs w:val="26"/>
    </w:rPr>
  </w:style>
  <w:style w:type="paragraph" w:styleId="Ttulo3">
    <w:name w:val="heading 3"/>
    <w:basedOn w:val="Normal"/>
    <w:next w:val="Normal"/>
    <w:link w:val="Ttulo3Carter"/>
    <w:uiPriority w:val="9"/>
    <w:unhideWhenUsed/>
    <w:qFormat/>
    <w:rsid w:val="00FC693F"/>
    <w:pPr>
      <w:keepNext/>
      <w:keepLines/>
      <w:spacing w:before="160" w:after="60"/>
      <w:outlineLvl w:val="2"/>
    </w:pPr>
    <w:rPr>
      <w:rFonts w:asciiTheme="majorHAnsi" w:eastAsiaTheme="majorEastAsia" w:hAnsiTheme="majorHAnsi" w:cstheme="majorBidi"/>
      <w:b/>
      <w:bCs/>
      <w:color w:val="263238"/>
      <w:sz w:val="23"/>
    </w:rPr>
  </w:style>
  <w:style w:type="paragraph" w:styleId="Ttulo4">
    <w:name w:val="heading 4"/>
    <w:basedOn w:val="Normal"/>
    <w:next w:val="Normal"/>
    <w:link w:val="Ttulo4Car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unhideWhenUsed/>
    <w:rsid w:val="00E618BF"/>
    <w:pPr>
      <w:tabs>
        <w:tab w:val="center" w:pos="4680"/>
        <w:tab w:val="right" w:pos="9360"/>
      </w:tabs>
    </w:pPr>
  </w:style>
  <w:style w:type="character" w:customStyle="1" w:styleId="CabealhoCarter">
    <w:name w:val="Cabeçalho Caráter"/>
    <w:basedOn w:val="Tipodeletrapredefinidodopargrafo"/>
    <w:link w:val="Cabealho"/>
    <w:uiPriority w:val="99"/>
    <w:rsid w:val="00E618BF"/>
  </w:style>
  <w:style w:type="paragraph" w:styleId="Rodap">
    <w:name w:val="footer"/>
    <w:basedOn w:val="Normal"/>
    <w:link w:val="RodapCarter"/>
    <w:uiPriority w:val="99"/>
    <w:unhideWhenUsed/>
    <w:rsid w:val="00E618BF"/>
    <w:pPr>
      <w:tabs>
        <w:tab w:val="center" w:pos="4680"/>
        <w:tab w:val="right" w:pos="9360"/>
      </w:tabs>
    </w:pPr>
  </w:style>
  <w:style w:type="character" w:customStyle="1" w:styleId="RodapCarter">
    <w:name w:val="Rodapé Caráter"/>
    <w:basedOn w:val="Tipodeletrapredefinidodopargraf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arter">
    <w:name w:val="Título 1 Caráter"/>
    <w:basedOn w:val="Tipodeletrapredefinidodopargraf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ter">
    <w:name w:val="Título 2 Caráter"/>
    <w:basedOn w:val="Tipodeletrapredefinidodopargraf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ter">
    <w:name w:val="Título 3 Caráter"/>
    <w:basedOn w:val="Tipodeletrapredefinidodopargraf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ter"/>
    <w:uiPriority w:val="10"/>
    <w:qFormat/>
    <w:rsid w:val="00FC693F"/>
    <w:pPr>
      <w:keepNext/>
      <w:pBdr>
        <w:bottom w:val="single" w:sz="8" w:space="4" w:color="4F81BD" w:themeColor="accent1"/>
      </w:pBdr>
      <w:spacing w:after="160"/>
      <w:contextualSpacing/>
    </w:pPr>
    <w:rPr>
      <w:rFonts w:asciiTheme="majorHAnsi" w:eastAsiaTheme="majorEastAsia" w:hAnsiTheme="majorHAnsi" w:cstheme="majorBidi"/>
      <w:b/>
      <w:color w:val="174C6A"/>
      <w:spacing w:val="5"/>
      <w:kern w:val="28"/>
      <w:sz w:val="42"/>
      <w:szCs w:val="52"/>
    </w:rPr>
  </w:style>
  <w:style w:type="character" w:customStyle="1" w:styleId="TtuloCarter">
    <w:name w:val="Título Caráter"/>
    <w:basedOn w:val="Tipodeletrapredefinidodopargraf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ter"/>
    <w:uiPriority w:val="11"/>
    <w:qFormat/>
    <w:rsid w:val="00FC693F"/>
    <w:pPr>
      <w:keepNext/>
      <w:numPr>
        <w:ilvl w:val="1"/>
      </w:numPr>
      <w:spacing w:after="240"/>
    </w:pPr>
    <w:rPr>
      <w:rFonts w:asciiTheme="majorHAnsi" w:eastAsiaTheme="majorEastAsia" w:hAnsiTheme="majorHAnsi" w:cstheme="majorBidi"/>
      <w:i/>
      <w:iCs/>
      <w:color w:val="66727A"/>
      <w:spacing w:val="15"/>
      <w:sz w:val="22"/>
      <w:szCs w:val="24"/>
    </w:rPr>
  </w:style>
  <w:style w:type="character" w:customStyle="1" w:styleId="SubttuloCarter">
    <w:name w:val="Subtítulo Caráter"/>
    <w:basedOn w:val="Tipodeletrapredefinidodopargraf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arter"/>
    <w:uiPriority w:val="99"/>
    <w:unhideWhenUsed/>
    <w:rsid w:val="00AA1D8D"/>
    <w:pPr>
      <w:spacing w:after="120"/>
    </w:pPr>
  </w:style>
  <w:style w:type="character" w:customStyle="1" w:styleId="CorpodetextoCarter">
    <w:name w:val="Corpo de texto Caráter"/>
    <w:basedOn w:val="Tipodeletrapredefinidodopargrafo"/>
    <w:link w:val="Corpodetexto"/>
    <w:uiPriority w:val="99"/>
    <w:rsid w:val="00AA1D8D"/>
  </w:style>
  <w:style w:type="paragraph" w:styleId="Corpodetexto2">
    <w:name w:val="Body Text 2"/>
    <w:basedOn w:val="Normal"/>
    <w:link w:val="Corpodetexto2Carter"/>
    <w:uiPriority w:val="99"/>
    <w:unhideWhenUsed/>
    <w:rsid w:val="00AA1D8D"/>
    <w:pPr>
      <w:spacing w:after="120" w:line="480" w:lineRule="auto"/>
    </w:pPr>
  </w:style>
  <w:style w:type="character" w:customStyle="1" w:styleId="Corpodetexto2Carter">
    <w:name w:val="Corpo de texto 2 Caráter"/>
    <w:basedOn w:val="Tipodeletrapredefinidodopargrafo"/>
    <w:link w:val="Corpodetexto2"/>
    <w:uiPriority w:val="99"/>
    <w:rsid w:val="00AA1D8D"/>
  </w:style>
  <w:style w:type="paragraph" w:styleId="Corpodetexto3">
    <w:name w:val="Body Text 3"/>
    <w:basedOn w:val="Normal"/>
    <w:link w:val="Corpodetexto3Carter"/>
    <w:uiPriority w:val="99"/>
    <w:unhideWhenUsed/>
    <w:rsid w:val="00AA1D8D"/>
    <w:pPr>
      <w:spacing w:after="120"/>
    </w:pPr>
    <w:rPr>
      <w:sz w:val="16"/>
      <w:szCs w:val="16"/>
    </w:rPr>
  </w:style>
  <w:style w:type="character" w:customStyle="1" w:styleId="Corpodetexto3Carter">
    <w:name w:val="Corpo de texto 3 Caráter"/>
    <w:basedOn w:val="Tipodeletrapredefinidodopargraf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mmarcas">
    <w:name w:val="List Bullet"/>
    <w:basedOn w:val="Normal"/>
    <w:uiPriority w:val="99"/>
    <w:unhideWhenUsed/>
    <w:rsid w:val="00326F90"/>
    <w:pPr>
      <w:numPr>
        <w:numId w:val="1"/>
      </w:numPr>
      <w:contextualSpacing/>
    </w:pPr>
  </w:style>
  <w:style w:type="paragraph" w:styleId="Listacommarcas2">
    <w:name w:val="List Bullet 2"/>
    <w:basedOn w:val="Normal"/>
    <w:uiPriority w:val="99"/>
    <w:unhideWhenUsed/>
    <w:rsid w:val="00326F90"/>
    <w:pPr>
      <w:tabs>
        <w:tab w:val="num" w:pos="360"/>
      </w:tabs>
      <w:contextualSpacing/>
    </w:pPr>
  </w:style>
  <w:style w:type="paragraph" w:styleId="Listacommarcas3">
    <w:name w:val="List Bullet 3"/>
    <w:basedOn w:val="Normal"/>
    <w:uiPriority w:val="99"/>
    <w:unhideWhenUsed/>
    <w:rsid w:val="00326F90"/>
    <w:pPr>
      <w:tabs>
        <w:tab w:val="num" w:pos="360"/>
      </w:tabs>
      <w:contextualSpacing/>
    </w:pPr>
  </w:style>
  <w:style w:type="paragraph" w:styleId="Listanumerada">
    <w:name w:val="List Number"/>
    <w:basedOn w:val="Normal"/>
    <w:uiPriority w:val="99"/>
    <w:unhideWhenUsed/>
    <w:rsid w:val="00326F90"/>
    <w:pPr>
      <w:tabs>
        <w:tab w:val="num" w:pos="360"/>
      </w:tabs>
      <w:contextualSpacing/>
    </w:pPr>
  </w:style>
  <w:style w:type="paragraph" w:styleId="Listanumerada2">
    <w:name w:val="List Number 2"/>
    <w:basedOn w:val="Normal"/>
    <w:uiPriority w:val="99"/>
    <w:unhideWhenUsed/>
    <w:rsid w:val="0029639D"/>
    <w:pPr>
      <w:tabs>
        <w:tab w:val="num" w:pos="360"/>
      </w:tabs>
      <w:contextualSpacing/>
    </w:pPr>
  </w:style>
  <w:style w:type="paragraph" w:styleId="Listanumerada3">
    <w:name w:val="List Number 3"/>
    <w:basedOn w:val="Normal"/>
    <w:uiPriority w:val="99"/>
    <w:unhideWhenUsed/>
    <w:rsid w:val="0029639D"/>
    <w:pPr>
      <w:tabs>
        <w:tab w:val="num" w:pos="360"/>
      </w:tabs>
      <w:contextualSpacing/>
    </w:pPr>
  </w:style>
  <w:style w:type="paragraph" w:styleId="Listadecont">
    <w:name w:val="List Continue"/>
    <w:basedOn w:val="Normal"/>
    <w:uiPriority w:val="99"/>
    <w:unhideWhenUsed/>
    <w:rsid w:val="0029639D"/>
    <w:pPr>
      <w:spacing w:after="120"/>
      <w:ind w:left="360"/>
      <w:contextualSpacing/>
    </w:pPr>
  </w:style>
  <w:style w:type="paragraph" w:styleId="Listadecont2">
    <w:name w:val="List Continue 2"/>
    <w:basedOn w:val="Normal"/>
    <w:uiPriority w:val="99"/>
    <w:unhideWhenUsed/>
    <w:rsid w:val="0029639D"/>
    <w:pPr>
      <w:spacing w:after="120"/>
      <w:ind w:left="720"/>
      <w:contextualSpacing/>
    </w:pPr>
  </w:style>
  <w:style w:type="paragraph" w:styleId="Listadecont3">
    <w:name w:val="List Continue 3"/>
    <w:basedOn w:val="Normal"/>
    <w:uiPriority w:val="99"/>
    <w:unhideWhenUsed/>
    <w:rsid w:val="0029639D"/>
    <w:pPr>
      <w:spacing w:after="120"/>
      <w:ind w:left="1080"/>
      <w:contextualSpacing/>
    </w:pPr>
  </w:style>
  <w:style w:type="paragraph" w:styleId="Textodemacro">
    <w:name w:val="macro"/>
    <w:link w:val="TextodemacroCar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arter">
    <w:name w:val="Texto de macro Caráter"/>
    <w:basedOn w:val="Tipodeletrapredefinidodopargrafo"/>
    <w:link w:val="Textodemacro"/>
    <w:uiPriority w:val="99"/>
    <w:rsid w:val="0029639D"/>
    <w:rPr>
      <w:rFonts w:ascii="Courier" w:hAnsi="Courier"/>
      <w:sz w:val="20"/>
      <w:szCs w:val="20"/>
    </w:rPr>
  </w:style>
  <w:style w:type="paragraph" w:styleId="Citao">
    <w:name w:val="Quote"/>
    <w:basedOn w:val="Normal"/>
    <w:next w:val="Normal"/>
    <w:link w:val="CitaoCarter"/>
    <w:uiPriority w:val="29"/>
    <w:qFormat/>
    <w:rsid w:val="00FC693F"/>
    <w:rPr>
      <w:i/>
      <w:iCs/>
      <w:color w:val="000000" w:themeColor="text1"/>
    </w:rPr>
  </w:style>
  <w:style w:type="character" w:customStyle="1" w:styleId="CitaoCarter">
    <w:name w:val="Citação Caráter"/>
    <w:basedOn w:val="Tipodeletrapredefinidodopargrafo"/>
    <w:link w:val="Citao"/>
    <w:uiPriority w:val="29"/>
    <w:rsid w:val="00FC693F"/>
    <w:rPr>
      <w:i/>
      <w:iCs/>
      <w:color w:val="000000" w:themeColor="text1"/>
    </w:rPr>
  </w:style>
  <w:style w:type="character" w:customStyle="1" w:styleId="Ttulo4Carter">
    <w:name w:val="Título 4 Caráter"/>
    <w:basedOn w:val="Tipodeletrapredefinidodopargraf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ter">
    <w:name w:val="Título 5 Caráter"/>
    <w:basedOn w:val="Tipodeletrapredefinidodopargraf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ter">
    <w:name w:val="Título 6 Caráter"/>
    <w:basedOn w:val="Tipodeletrapredefinidodopargraf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ter">
    <w:name w:val="Título 7 Caráter"/>
    <w:basedOn w:val="Tipodeletrapredefinidodopargraf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ter">
    <w:name w:val="Título 8 Caráter"/>
    <w:basedOn w:val="Tipodeletrapredefinidodopargraf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ter">
    <w:name w:val="Título 9 Caráter"/>
    <w:basedOn w:val="Tipodeletrapredefinidodopargraf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rPr>
      <w:b/>
      <w:bCs/>
      <w:color w:val="4F81BD" w:themeColor="accent1"/>
      <w:sz w:val="18"/>
      <w:szCs w:val="18"/>
    </w:rPr>
  </w:style>
  <w:style w:type="character" w:styleId="Forte">
    <w:name w:val="Strong"/>
    <w:basedOn w:val="Tipodeletrapredefinidodopargrafo"/>
    <w:uiPriority w:val="22"/>
    <w:qFormat/>
    <w:rsid w:val="00FC693F"/>
    <w:rPr>
      <w:b/>
      <w:bCs/>
    </w:rPr>
  </w:style>
  <w:style w:type="character" w:styleId="nfase">
    <w:name w:val="Emphasis"/>
    <w:basedOn w:val="Tipodeletrapredefinidodopargrafo"/>
    <w:uiPriority w:val="20"/>
    <w:qFormat/>
    <w:rsid w:val="00FC693F"/>
    <w:rPr>
      <w:i/>
      <w:iCs/>
    </w:rPr>
  </w:style>
  <w:style w:type="paragraph" w:styleId="CitaoIntensa">
    <w:name w:val="Intense Quote"/>
    <w:basedOn w:val="Normal"/>
    <w:next w:val="Normal"/>
    <w:link w:val="CitaoIntensaCar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arter">
    <w:name w:val="Citação Intensa Caráter"/>
    <w:basedOn w:val="Tipodeletrapredefinidodopargrafo"/>
    <w:link w:val="CitaoIntensa"/>
    <w:uiPriority w:val="30"/>
    <w:rsid w:val="00FC693F"/>
    <w:rPr>
      <w:b/>
      <w:bCs/>
      <w:i/>
      <w:iCs/>
      <w:color w:val="4F81BD" w:themeColor="accent1"/>
    </w:rPr>
  </w:style>
  <w:style w:type="character" w:styleId="nfaseDiscreta">
    <w:name w:val="Subtle Emphasis"/>
    <w:basedOn w:val="Tipodeletrapredefinidodopargrafo"/>
    <w:uiPriority w:val="19"/>
    <w:qFormat/>
    <w:rsid w:val="00FC693F"/>
    <w:rPr>
      <w:i/>
      <w:iCs/>
      <w:color w:val="808080" w:themeColor="text1" w:themeTint="7F"/>
    </w:rPr>
  </w:style>
  <w:style w:type="character" w:styleId="nfaseIntensa">
    <w:name w:val="Intense Emphasis"/>
    <w:basedOn w:val="Tipodeletrapredefinidodopargrafo"/>
    <w:uiPriority w:val="21"/>
    <w:qFormat/>
    <w:rsid w:val="00FC693F"/>
    <w:rPr>
      <w:b/>
      <w:bCs/>
      <w:i/>
      <w:iCs/>
      <w:color w:val="4F81BD" w:themeColor="accent1"/>
    </w:rPr>
  </w:style>
  <w:style w:type="character" w:styleId="RefernciaDiscreta">
    <w:name w:val="Subtle Reference"/>
    <w:basedOn w:val="Tipodeletrapredefinidodopargrafo"/>
    <w:uiPriority w:val="31"/>
    <w:qFormat/>
    <w:rsid w:val="00FC693F"/>
    <w:rPr>
      <w:smallCaps/>
      <w:color w:val="C0504D" w:themeColor="accent2"/>
      <w:u w:val="single"/>
    </w:rPr>
  </w:style>
  <w:style w:type="character" w:styleId="RefernciaIntensa">
    <w:name w:val="Intense Reference"/>
    <w:basedOn w:val="Tipodeletrapredefinidodopargrafo"/>
    <w:uiPriority w:val="32"/>
    <w:qFormat/>
    <w:rsid w:val="00FC693F"/>
    <w:rPr>
      <w:b/>
      <w:bCs/>
      <w:smallCaps/>
      <w:color w:val="C0504D" w:themeColor="accent2"/>
      <w:spacing w:val="5"/>
      <w:u w:val="single"/>
    </w:rPr>
  </w:style>
  <w:style w:type="character" w:styleId="TtulodoLivro">
    <w:name w:val="Book Title"/>
    <w:basedOn w:val="Tipodeletrapredefinidodopargrafo"/>
    <w:uiPriority w:val="33"/>
    <w:qFormat/>
    <w:rsid w:val="00FC693F"/>
    <w:rPr>
      <w:b/>
      <w:bCs/>
      <w:smallCaps/>
      <w:spacing w:val="5"/>
    </w:rPr>
  </w:style>
  <w:style w:type="paragraph" w:styleId="Cabealhodondice">
    <w:name w:val="TOC Heading"/>
    <w:basedOn w:val="Ttulo1"/>
    <w:next w:val="Normal"/>
    <w:uiPriority w:val="39"/>
    <w:semiHidden/>
    <w:unhideWhenUsed/>
    <w:qFormat/>
    <w:rsid w:val="00FC693F"/>
    <w:pPr>
      <w:outlineLvl w:val="9"/>
    </w:pPr>
  </w:style>
  <w:style w:type="table" w:styleId="TabelacomGrelha">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Cor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Cor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Cor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Cor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Cor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Cor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Cor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Cor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Cor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Cor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Cor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Cor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elha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elhaClara-Cor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elhaClara-Cor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elhaClara-Cor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elhaClara-Cor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elhaClara-Cor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elhaClara-Cor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dio1-Cor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dio1-Cor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dio1-Cor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dio1-Cor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dio1-Cor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dio1-Cor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dio2-Cor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Cor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Cor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Cor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Cor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Cor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Cor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Cor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elha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Mdia1-Cor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Mdia1-Cor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Mdia1-Cor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Mdia1-Cor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Mdia1-Cor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Mdia1-Cor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elha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elhaMdia2-Cor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elhaMdia2-Cor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elhaMdia2-Cor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elhaMdia2-Cor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elhaMdia2-Cor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elhaMdia2-Cor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elha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elhaMdia3-Cor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elhaMdia3-Cor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elhaMdia3-Cor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elhaMdia3-Cor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elhaMdia3-Cor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elhaMdia3-Cor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Cor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Cor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Cor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Cor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Cor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Cor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Colorido-Cor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Colorido-Cor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Colorido-Cor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Colorido-Cor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Colorido-Cor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Colorido-Cor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Cor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Cor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Cor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Cor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Cor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Cor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elha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elhaColorida-Cor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elhaColorida-Cor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elhaColorida-Cor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elhaColorida-Cor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elhaColorida-Cor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elhaColorida-Cor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PESMInstruction">
    <w:name w:val="RPESM Instruction"/>
    <w:pPr>
      <w:spacing w:after="60" w:line="240" w:lineRule="auto"/>
    </w:pPr>
    <w:rPr>
      <w:rFonts w:ascii="Arial" w:hAnsi="Arial"/>
      <w:i/>
      <w:color w:val="66727A"/>
      <w:sz w:val="18"/>
    </w:rPr>
  </w:style>
  <w:style w:type="paragraph" w:customStyle="1" w:styleId="RPESMPlaceholder">
    <w:name w:val="RPESM Placeholder"/>
    <w:pPr>
      <w:spacing w:after="0" w:line="240" w:lineRule="auto"/>
    </w:pPr>
    <w:rPr>
      <w:rFonts w:ascii="Arial" w:hAnsi="Arial"/>
      <w:i/>
      <w:color w:val="66727A"/>
      <w:sz w:val="24"/>
    </w:rPr>
  </w:style>
  <w:style w:type="paragraph" w:customStyle="1" w:styleId="RPESMLabel">
    <w:name w:val="RPESM Label"/>
    <w:pPr>
      <w:spacing w:after="40" w:line="240" w:lineRule="auto"/>
    </w:pPr>
    <w:rPr>
      <w:rFonts w:ascii="Arial" w:hAnsi="Arial"/>
      <w:b/>
      <w:color w:val="174C6A"/>
      <w:sz w:val="24"/>
    </w:rPr>
  </w:style>
  <w:style w:type="paragraph" w:customStyle="1" w:styleId="RPESMCaption">
    <w:name w:val="RPESM Caption"/>
    <w:pPr>
      <w:spacing w:after="60" w:line="240" w:lineRule="auto"/>
    </w:pPr>
    <w:rPr>
      <w:rFonts w:ascii="Arial" w:hAnsi="Arial"/>
      <w:color w:val="263238"/>
      <w:sz w:val="19"/>
    </w:rPr>
  </w:style>
  <w:style w:type="paragraph" w:customStyle="1" w:styleId="RPESMSmall">
    <w:name w:val="RPESM Small"/>
    <w:pPr>
      <w:spacing w:after="40" w:line="240" w:lineRule="auto"/>
    </w:pPr>
    <w:rPr>
      <w:rFonts w:ascii="Arial" w:hAnsi="Arial"/>
      <w:color w:val="66727A"/>
      <w:sz w:val="17"/>
    </w:rPr>
  </w:style>
  <w:style w:type="paragraph" w:customStyle="1" w:styleId="RPESMDeclaration">
    <w:name w:val="RPESM Declaration"/>
    <w:pPr>
      <w:spacing w:after="80" w:line="240" w:lineRule="auto"/>
    </w:pPr>
    <w:rPr>
      <w:rFonts w:ascii="Arial" w:hAnsi="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903</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Artigo de Investigação</dc:title>
  <dc:subject>Documento oficial de apoio à submissão na RPESM</dc:subject>
  <dc:creator>Revista Portuguesa de Enfermagem de Saúde Mental</dc:creator>
  <cp:keywords>RPESM, submissão, manuscrito, autores</cp:keywords>
  <dc:description>generated by python-docx</dc:description>
  <cp:lastModifiedBy>Joana Coelho</cp:lastModifiedBy>
  <cp:revision>2</cp:revision>
  <dcterms:created xsi:type="dcterms:W3CDTF">2026-08-14T19:07:00Z</dcterms:created>
  <dcterms:modified xsi:type="dcterms:W3CDTF">2026-08-14T19:07:00Z</dcterms:modified>
  <cp:category/>
</cp:coreProperties>
</file>